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/>
        <w:jc w:val="right"/>
      </w:pPr>
      <w:r>
        <w:rPr>
          <w:rFonts w:ascii="ＭＳ ゴシック" w:hAnsi="ＭＳ ゴシック" w:eastAsia="ＭＳ ゴシック"/>
          <w:b w:val="0"/>
          <w:sz w:val="21"/>
        </w:rPr>
        <w:t xml:space="preserve">No.　　　　　　　</w:t>
      </w:r>
    </w:p>
    <w:p>
      <w:pPr>
        <w:spacing w:after="0" w:before="0"/>
        <w:jc w:val="right"/>
      </w:pPr>
      <w:r>
        <w:rPr>
          <w:rFonts w:ascii="ＭＳ ゴシック" w:hAnsi="ＭＳ ゴシック" w:eastAsia="ＭＳ ゴシック"/>
          <w:b w:val="0"/>
          <w:sz w:val="21"/>
        </w:rPr>
        <w:t>報告日：令和　　年　　月　　日</w:t>
      </w:r>
    </w:p>
    <w:p>
      <w:pPr>
        <w:spacing w:after="120" w:before="0"/>
        <w:jc w:val="right"/>
      </w:pPr>
      <w:r>
        <w:rPr>
          <w:rFonts w:ascii="ＭＳ ゴシック" w:hAnsi="ＭＳ ゴシック" w:eastAsia="ＭＳ ゴシック"/>
          <w:b w:val="0"/>
          <w:sz w:val="18"/>
        </w:rPr>
        <w:t>□ 第1報　□ 続報（第　　報）　□ 修理の完了の報告</w:t>
      </w:r>
    </w:p>
    <w:p>
      <w:pPr>
        <w:spacing w:after="160" w:before="0"/>
        <w:jc w:val="center"/>
      </w:pPr>
      <w:r>
        <w:rPr>
          <w:rFonts w:ascii="ＭＳ 明朝" w:hAnsi="ＭＳ 明朝" w:eastAsia="ＭＳ 明朝"/>
          <w:b/>
          <w:sz w:val="36"/>
        </w:rPr>
        <w:t>漏水報告書</w:t>
      </w:r>
    </w:p>
    <w:p>
      <w:pPr>
        <w:spacing w:after="120" w:before="0"/>
      </w:pPr>
      <w:r>
        <w:rPr>
          <w:rFonts w:ascii="ＭＳ 明朝" w:hAnsi="ＭＳ 明朝" w:eastAsia="ＭＳ 明朝"/>
          <w:b w:val="0"/>
          <w:sz w:val="24"/>
        </w:rPr>
        <w:t xml:space="preserve">　　　　　　　　　　　　　　　　　　御中・様</w:t>
      </w:r>
    </w:p>
    <w:tbl>
      <w:tblPr>
        <w:tblStyle w:val="TableGrid"/>
        <w:tblW w:type="auto" w:w="0"/>
        <w:jc w:val="right"/>
        <w:tblLook w:firstColumn="1" w:firstRow="1" w:lastColumn="0" w:lastRow="0" w:noHBand="0" w:noVBand="1" w:val="04A0"/>
      </w:tblPr>
      <w:tblGrid>
        <w:gridCol w:w="5046"/>
        <w:gridCol w:w="5046"/>
      </w:tblGrid>
      <w:tr>
        <w:trPr>
          <w:trHeight w:val="369"/>
        </w:trPr>
        <w:tc>
          <w:tcPr>
            <w:tcW w:type="dxa" w:w="2041"/>
            <w:shd w:val="clear" w:color="auto" w:fill="E8EDF5"/>
          </w:tcPr>
          <w:p>
            <w:pPr>
              <w:spacing w:after="0"/>
            </w:pPr>
            <w:r/>
            <w:r>
              <w:rPr>
                <w:rFonts w:ascii="ＭＳ ゴシック" w:hAnsi="ＭＳ ゴシック" w:eastAsia="ＭＳ ゴシック"/>
                <w:b w:val="0"/>
                <w:sz w:val="17"/>
              </w:rPr>
              <w:t>報告者　会社名・部署</w:t>
            </w:r>
          </w:p>
        </w:tc>
        <w:tc>
          <w:tcPr>
            <w:tcW w:type="dxa" w:w="3515"/>
          </w:tcPr>
          <w:p>
            <w:pPr>
              <w:spacing w:after="0"/>
            </w:pPr>
            <w:r/>
          </w:p>
        </w:tc>
      </w:tr>
      <w:tr>
        <w:trPr>
          <w:trHeight w:val="369"/>
        </w:trPr>
        <w:tc>
          <w:tcPr>
            <w:tcW w:type="dxa" w:w="2041"/>
            <w:shd w:val="clear" w:color="auto" w:fill="E8EDF5"/>
          </w:tcPr>
          <w:p>
            <w:pPr>
              <w:spacing w:after="0"/>
            </w:pPr>
            <w:r/>
            <w:r>
              <w:rPr>
                <w:rFonts w:ascii="ＭＳ ゴシック" w:hAnsi="ＭＳ ゴシック" w:eastAsia="ＭＳ ゴシック"/>
                <w:b w:val="0"/>
                <w:sz w:val="17"/>
              </w:rPr>
              <w:t>氏名</w:t>
            </w:r>
          </w:p>
        </w:tc>
        <w:tc>
          <w:tcPr>
            <w:tcW w:type="dxa" w:w="3515"/>
          </w:tcPr>
          <w:p>
            <w:pPr>
              <w:spacing w:after="0"/>
            </w:pPr>
            <w:r/>
          </w:p>
        </w:tc>
      </w:tr>
      <w:tr>
        <w:trPr>
          <w:trHeight w:val="369"/>
        </w:trPr>
        <w:tc>
          <w:tcPr>
            <w:tcW w:type="dxa" w:w="2041"/>
            <w:shd w:val="clear" w:color="auto" w:fill="E8EDF5"/>
          </w:tcPr>
          <w:p>
            <w:pPr>
              <w:spacing w:after="0"/>
            </w:pPr>
            <w:r/>
            <w:r>
              <w:rPr>
                <w:rFonts w:ascii="ＭＳ ゴシック" w:hAnsi="ＭＳ ゴシック" w:eastAsia="ＭＳ ゴシック"/>
                <w:b w:val="0"/>
                <w:sz w:val="17"/>
              </w:rPr>
              <w:t>電話番号</w:t>
            </w:r>
          </w:p>
        </w:tc>
        <w:tc>
          <w:tcPr>
            <w:tcW w:type="dxa" w:w="3515"/>
          </w:tcPr>
          <w:p>
            <w:pPr>
              <w:spacing w:after="0"/>
            </w:pPr>
            <w:r/>
          </w:p>
        </w:tc>
      </w:tr>
      <w:tr>
        <w:trPr>
          <w:trHeight w:val="369"/>
        </w:trPr>
        <w:tc>
          <w:tcPr>
            <w:tcW w:type="dxa" w:w="2041"/>
            <w:shd w:val="clear" w:color="auto" w:fill="E8EDF5"/>
          </w:tcPr>
          <w:p>
            <w:pPr>
              <w:spacing w:after="0"/>
            </w:pPr>
            <w:r/>
            <w:r>
              <w:rPr>
                <w:rFonts w:ascii="ＭＳ ゴシック" w:hAnsi="ＭＳ ゴシック" w:eastAsia="ＭＳ ゴシック"/>
                <w:b w:val="0"/>
                <w:sz w:val="17"/>
              </w:rPr>
              <w:t>メール</w:t>
            </w:r>
          </w:p>
        </w:tc>
        <w:tc>
          <w:tcPr>
            <w:tcW w:type="dxa" w:w="3515"/>
          </w:tcPr>
          <w:p>
            <w:pPr>
              <w:spacing w:after="0"/>
            </w:pPr>
            <w:r/>
          </w:p>
        </w:tc>
      </w:tr>
    </w:tbl>
    <w:p>
      <w:pPr>
        <w:spacing w:after="80" w:before="0"/>
      </w:pPr>
    </w:p>
    <w:p>
      <w:pPr>
        <w:spacing w:after="80" w:before="0"/>
      </w:pPr>
      <w:r>
        <w:rPr>
          <w:rFonts w:ascii="ＭＳ 明朝" w:hAnsi="ＭＳ 明朝" w:eastAsia="ＭＳ 明朝"/>
          <w:b w:val="0"/>
          <w:sz w:val="21"/>
        </w:rPr>
        <w:t>下記のとおり、漏水についてご報告します。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64"/>
        <w:gridCol w:w="3364"/>
        <w:gridCol w:w="3364"/>
      </w:tblGrid>
      <w:tr>
        <w:tc>
          <w:tcPr>
            <w:tcW w:type="dxa" w:w="510"/>
            <w:shd w:val="clear" w:color="auto" w:fill="E8EDF5"/>
          </w:tcPr>
          <w:p>
            <w:pPr>
              <w:spacing w:after="0"/>
              <w:jc w:val="center"/>
            </w:pPr>
            <w:r/>
            <w:r>
              <w:rPr>
                <w:rFonts w:ascii="ＭＳ ゴシック" w:hAnsi="ＭＳ ゴシック" w:eastAsia="ＭＳ ゴシック"/>
                <w:b/>
                <w:sz w:val="18"/>
              </w:rPr>
              <w:t>1</w:t>
            </w:r>
          </w:p>
        </w:tc>
        <w:tc>
          <w:tcPr>
            <w:tcW w:type="dxa" w:w="1701"/>
            <w:shd w:val="clear" w:color="auto" w:fill="E8EDF5"/>
          </w:tcPr>
          <w:p>
            <w:pPr>
              <w:spacing w:after="0"/>
            </w:pPr>
            <w:r/>
            <w:r>
              <w:rPr>
                <w:rFonts w:ascii="ＭＳ ゴシック" w:hAnsi="ＭＳ ゴシック" w:eastAsia="ＭＳ ゴシック"/>
                <w:b/>
                <w:sz w:val="17"/>
              </w:rPr>
              <w:t>建物</w:t>
            </w:r>
          </w:p>
        </w:tc>
        <w:tc>
          <w:tcPr>
            <w:tcW w:type="dxa" w:w="7880"/>
          </w:tcPr>
          <w:p>
            <w:pPr>
              <w:spacing w:after="0"/>
            </w:pPr>
            <w:r/>
            <w:r>
              <w:rPr>
                <w:rFonts w:ascii="ＭＳ ゴシック" w:hAnsi="ＭＳ ゴシック" w:eastAsia="ＭＳ ゴシック"/>
                <w:b w:val="0"/>
                <w:sz w:val="17"/>
              </w:rPr>
              <w:t>名称：</w:t>
            </w:r>
          </w:p>
          <w:p>
            <w:pPr>
              <w:spacing w:after="0"/>
            </w:pPr>
            <w:r>
              <w:rPr>
                <w:rFonts w:ascii="ＭＳ ゴシック" w:hAnsi="ＭＳ ゴシック" w:eastAsia="ＭＳ ゴシック"/>
                <w:b w:val="0"/>
                <w:sz w:val="17"/>
              </w:rPr>
              <w:t>所在地：</w:t>
            </w:r>
          </w:p>
          <w:p>
            <w:pPr>
              <w:spacing w:after="0"/>
            </w:pPr>
            <w:r>
              <w:rPr>
                <w:rFonts w:ascii="ＭＳ ゴシック" w:hAnsi="ＭＳ ゴシック" w:eastAsia="ＭＳ ゴシック"/>
                <w:b w:val="0"/>
                <w:sz w:val="17"/>
              </w:rPr>
              <w:t>種類：□ マンション　□ ビル・事務所　□ 店舗　□ 戸建て　□ その他（　　　　　）</w:t>
            </w:r>
          </w:p>
        </w:tc>
      </w:tr>
      <w:tr>
        <w:tc>
          <w:tcPr>
            <w:tcW w:type="dxa" w:w="510"/>
            <w:shd w:val="clear" w:color="auto" w:fill="E8EDF5"/>
          </w:tcPr>
          <w:p>
            <w:pPr>
              <w:spacing w:after="0"/>
              <w:jc w:val="center"/>
            </w:pPr>
            <w:r/>
            <w:r>
              <w:rPr>
                <w:rFonts w:ascii="ＭＳ ゴシック" w:hAnsi="ＭＳ ゴシック" w:eastAsia="ＭＳ ゴシック"/>
                <w:b/>
                <w:sz w:val="18"/>
              </w:rPr>
              <w:t>2</w:t>
            </w:r>
          </w:p>
        </w:tc>
        <w:tc>
          <w:tcPr>
            <w:tcW w:type="dxa" w:w="1701"/>
            <w:shd w:val="clear" w:color="auto" w:fill="E8EDF5"/>
          </w:tcPr>
          <w:p>
            <w:pPr>
              <w:spacing w:after="0"/>
            </w:pPr>
            <w:r/>
            <w:r>
              <w:rPr>
                <w:rFonts w:ascii="ＭＳ ゴシック" w:hAnsi="ＭＳ ゴシック" w:eastAsia="ＭＳ ゴシック"/>
                <w:b/>
                <w:sz w:val="17"/>
              </w:rPr>
              <w:t>発生の日時</w:t>
            </w:r>
          </w:p>
        </w:tc>
        <w:tc>
          <w:tcPr>
            <w:tcW w:type="dxa" w:w="7880"/>
          </w:tcPr>
          <w:p>
            <w:pPr>
              <w:spacing w:after="0"/>
            </w:pPr>
            <w:r/>
            <w:r>
              <w:rPr>
                <w:rFonts w:ascii="ＭＳ ゴシック" w:hAnsi="ＭＳ ゴシック" w:eastAsia="ＭＳ ゴシック"/>
                <w:b w:val="0"/>
                <w:sz w:val="17"/>
              </w:rPr>
              <w:t>気づいた日時：令和　　年　　月　　日（　）　　時　　分ごろ</w:t>
            </w:r>
          </w:p>
          <w:p>
            <w:pPr>
              <w:spacing w:after="0"/>
            </w:pPr>
            <w:r>
              <w:rPr>
                <w:rFonts w:ascii="ＭＳ ゴシック" w:hAnsi="ＭＳ ゴシック" w:eastAsia="ＭＳ ゴシック"/>
                <w:b w:val="0"/>
                <w:sz w:val="17"/>
              </w:rPr>
              <w:t>水が止まった日時：令和　　年　　月　　日（　）　　時　　分ごろ　□ まだ止まっていない</w:t>
            </w:r>
          </w:p>
        </w:tc>
      </w:tr>
      <w:tr>
        <w:tc>
          <w:tcPr>
            <w:tcW w:type="dxa" w:w="510"/>
            <w:shd w:val="clear" w:color="auto" w:fill="E8EDF5"/>
          </w:tcPr>
          <w:p>
            <w:pPr>
              <w:spacing w:after="0"/>
              <w:jc w:val="center"/>
            </w:pPr>
            <w:r/>
            <w:r>
              <w:rPr>
                <w:rFonts w:ascii="ＭＳ ゴシック" w:hAnsi="ＭＳ ゴシック" w:eastAsia="ＭＳ ゴシック"/>
                <w:b/>
                <w:sz w:val="18"/>
              </w:rPr>
              <w:t>3</w:t>
            </w:r>
          </w:p>
        </w:tc>
        <w:tc>
          <w:tcPr>
            <w:tcW w:type="dxa" w:w="1701"/>
            <w:shd w:val="clear" w:color="auto" w:fill="E8EDF5"/>
          </w:tcPr>
          <w:p>
            <w:pPr>
              <w:spacing w:after="0"/>
            </w:pPr>
            <w:r/>
            <w:r>
              <w:rPr>
                <w:rFonts w:ascii="ＭＳ ゴシック" w:hAnsi="ＭＳ ゴシック" w:eastAsia="ＭＳ ゴシック"/>
                <w:b/>
                <w:sz w:val="17"/>
              </w:rPr>
              <w:t>発見者</w:t>
            </w:r>
          </w:p>
        </w:tc>
        <w:tc>
          <w:tcPr>
            <w:tcW w:type="dxa" w:w="7880"/>
          </w:tcPr>
          <w:p>
            <w:pPr>
              <w:spacing w:after="0"/>
            </w:pPr>
            <w:r/>
            <w:r>
              <w:rPr>
                <w:rFonts w:ascii="ＭＳ ゴシック" w:hAnsi="ＭＳ ゴシック" w:eastAsia="ＭＳ ゴシック"/>
                <w:b w:val="0"/>
                <w:sz w:val="17"/>
              </w:rPr>
              <w:t>氏名：　　　　　　　　　　連絡先：</w:t>
            </w:r>
          </w:p>
          <w:p>
            <w:pPr>
              <w:spacing w:after="0"/>
            </w:pPr>
            <w:r>
              <w:rPr>
                <w:rFonts w:ascii="ＭＳ ゴシック" w:hAnsi="ＭＳ ゴシック" w:eastAsia="ＭＳ ゴシック"/>
                <w:b w:val="0"/>
                <w:sz w:val="17"/>
              </w:rPr>
              <w:t>立場：□ 居住者　□ テナント　□ 管理員　□ 管理会社　□ その他（　　　　　）</w:t>
            </w:r>
          </w:p>
        </w:tc>
      </w:tr>
      <w:tr>
        <w:tc>
          <w:tcPr>
            <w:tcW w:type="dxa" w:w="510"/>
            <w:shd w:val="clear" w:color="auto" w:fill="E8EDF5"/>
          </w:tcPr>
          <w:p>
            <w:pPr>
              <w:spacing w:after="0"/>
              <w:jc w:val="center"/>
            </w:pPr>
            <w:r/>
            <w:r>
              <w:rPr>
                <w:rFonts w:ascii="ＭＳ ゴシック" w:hAnsi="ＭＳ ゴシック" w:eastAsia="ＭＳ ゴシック"/>
                <w:b/>
                <w:sz w:val="18"/>
              </w:rPr>
              <w:t>4</w:t>
            </w:r>
          </w:p>
        </w:tc>
        <w:tc>
          <w:tcPr>
            <w:tcW w:type="dxa" w:w="1701"/>
            <w:shd w:val="clear" w:color="auto" w:fill="E8EDF5"/>
          </w:tcPr>
          <w:p>
            <w:pPr>
              <w:spacing w:after="0"/>
            </w:pPr>
            <w:r/>
            <w:r>
              <w:rPr>
                <w:rFonts w:ascii="ＭＳ ゴシック" w:hAnsi="ＭＳ ゴシック" w:eastAsia="ＭＳ ゴシック"/>
                <w:b/>
                <w:sz w:val="17"/>
              </w:rPr>
              <w:t>場所</w:t>
            </w:r>
          </w:p>
        </w:tc>
        <w:tc>
          <w:tcPr>
            <w:tcW w:type="dxa" w:w="7880"/>
          </w:tcPr>
          <w:p>
            <w:pPr>
              <w:spacing w:after="0"/>
            </w:pPr>
            <w:r/>
            <w:r>
              <w:rPr>
                <w:rFonts w:ascii="ＭＳ ゴシック" w:hAnsi="ＭＳ ゴシック" w:eastAsia="ＭＳ ゴシック"/>
                <w:b w:val="0"/>
                <w:sz w:val="17"/>
              </w:rPr>
              <w:t>階・部屋番号：　　　階　　　　号室（部屋：　　　　　　）</w:t>
            </w:r>
          </w:p>
          <w:p>
            <w:pPr>
              <w:spacing w:after="0"/>
            </w:pPr>
            <w:r>
              <w:rPr>
                <w:rFonts w:ascii="ＭＳ ゴシック" w:hAnsi="ＭＳ ゴシック" w:eastAsia="ＭＳ ゴシック"/>
                <w:b w:val="0"/>
                <w:sz w:val="17"/>
              </w:rPr>
              <w:t>部位：□ 天井　□ 壁　□ 床　□ 窓・サッシまわり　□ 照明器具まわり　□ 設備（　　　　　）　□ 共用部分（　　　　　）</w:t>
            </w:r>
          </w:p>
          <w:p>
            <w:pPr>
              <w:spacing w:after="0"/>
            </w:pPr>
            <w:r>
              <w:rPr>
                <w:rFonts w:ascii="ＭＳ ゴシック" w:hAnsi="ＭＳ ゴシック" w:eastAsia="ＭＳ ゴシック"/>
                <w:b w:val="0"/>
                <w:sz w:val="17"/>
              </w:rPr>
              <w:t>水の出どころと思われる所：□ 上の階の部屋　□ 屋上・屋根　□ 外壁・ベランダ　□ 共用の配管　□ 部屋の中の配管・設備　□ 分からない</w:t>
            </w:r>
          </w:p>
        </w:tc>
      </w:tr>
      <w:tr>
        <w:tc>
          <w:tcPr>
            <w:tcW w:type="dxa" w:w="510"/>
            <w:shd w:val="clear" w:color="auto" w:fill="E8EDF5"/>
          </w:tcPr>
          <w:p>
            <w:pPr>
              <w:spacing w:after="0"/>
              <w:jc w:val="center"/>
            </w:pPr>
            <w:r/>
            <w:r>
              <w:rPr>
                <w:rFonts w:ascii="ＭＳ ゴシック" w:hAnsi="ＭＳ ゴシック" w:eastAsia="ＭＳ ゴシック"/>
                <w:b/>
                <w:sz w:val="18"/>
              </w:rPr>
              <w:t>5</w:t>
            </w:r>
          </w:p>
        </w:tc>
        <w:tc>
          <w:tcPr>
            <w:tcW w:type="dxa" w:w="1701"/>
            <w:shd w:val="clear" w:color="auto" w:fill="E8EDF5"/>
          </w:tcPr>
          <w:p>
            <w:pPr>
              <w:spacing w:after="0"/>
            </w:pPr>
            <w:r/>
            <w:r>
              <w:rPr>
                <w:rFonts w:ascii="ＭＳ ゴシック" w:hAnsi="ＭＳ ゴシック" w:eastAsia="ＭＳ ゴシック"/>
                <w:b/>
                <w:sz w:val="17"/>
              </w:rPr>
              <w:t>当時の天気</w:t>
            </w:r>
          </w:p>
        </w:tc>
        <w:tc>
          <w:tcPr>
            <w:tcW w:type="dxa" w:w="7880"/>
          </w:tcPr>
          <w:p>
            <w:pPr>
              <w:spacing w:after="0"/>
            </w:pPr>
            <w:r/>
            <w:r>
              <w:rPr>
                <w:rFonts w:ascii="ＭＳ ゴシック" w:hAnsi="ＭＳ ゴシック" w:eastAsia="ＭＳ ゴシック"/>
                <w:b w:val="0"/>
                <w:sz w:val="17"/>
              </w:rPr>
              <w:t>□ 晴れ　□ くもり　□ 雨（□ 強い　□ 弱い　□ 風あり）　□ 雪　□ 雪どけ</w:t>
            </w:r>
          </w:p>
          <w:p>
            <w:pPr>
              <w:spacing w:after="0"/>
            </w:pPr>
            <w:r>
              <w:rPr>
                <w:rFonts w:ascii="ＭＳ ゴシック" w:hAnsi="ＭＳ ゴシック" w:eastAsia="ＭＳ ゴシック"/>
                <w:b w:val="0"/>
                <w:sz w:val="17"/>
              </w:rPr>
              <w:t>前の日からの天気：</w:t>
            </w:r>
          </w:p>
        </w:tc>
      </w:tr>
      <w:tr>
        <w:tc>
          <w:tcPr>
            <w:tcW w:type="dxa" w:w="510"/>
            <w:shd w:val="clear" w:color="auto" w:fill="E8EDF5"/>
          </w:tcPr>
          <w:p>
            <w:pPr>
              <w:spacing w:after="0"/>
              <w:jc w:val="center"/>
            </w:pPr>
            <w:r/>
            <w:r>
              <w:rPr>
                <w:rFonts w:ascii="ＭＳ ゴシック" w:hAnsi="ＭＳ ゴシック" w:eastAsia="ＭＳ ゴシック"/>
                <w:b/>
                <w:sz w:val="18"/>
              </w:rPr>
              <w:t>6</w:t>
            </w:r>
          </w:p>
        </w:tc>
        <w:tc>
          <w:tcPr>
            <w:tcW w:type="dxa" w:w="1701"/>
            <w:shd w:val="clear" w:color="auto" w:fill="E8EDF5"/>
          </w:tcPr>
          <w:p>
            <w:pPr>
              <w:spacing w:after="0"/>
            </w:pPr>
            <w:r/>
            <w:r>
              <w:rPr>
                <w:rFonts w:ascii="ＭＳ ゴシック" w:hAnsi="ＭＳ ゴシック" w:eastAsia="ＭＳ ゴシック"/>
                <w:b/>
                <w:sz w:val="17"/>
              </w:rPr>
              <w:t>状況</w:t>
            </w:r>
          </w:p>
        </w:tc>
        <w:tc>
          <w:tcPr>
            <w:tcW w:type="dxa" w:w="7880"/>
          </w:tcPr>
          <w:p>
            <w:pPr>
              <w:spacing w:after="0"/>
            </w:pPr>
            <w:r/>
            <w:r>
              <w:rPr>
                <w:rFonts w:ascii="ＭＳ ゴシック" w:hAnsi="ＭＳ ゴシック" w:eastAsia="ＭＳ ゴシック"/>
                <w:b w:val="0"/>
                <w:sz w:val="15"/>
              </w:rPr>
              <w:t>（書くこと：何が、どこから、どのくらい（1分に何滴・バケツに何杯など）、水の色・におい。見た人と時刻も）</w:t>
            </w:r>
          </w:p>
          <w:p/>
          <w:p/>
          <w:p/>
          <w:p/>
        </w:tc>
      </w:tr>
    </w:tbl>
    <w:p>
      <w:pPr>
        <w:spacing w:after="40" w:before="0"/>
      </w:pPr>
    </w:p>
    <w:p>
      <w:pPr>
        <w:spacing w:after="20" w:before="0"/>
      </w:pPr>
      <w:r>
        <w:rPr>
          <w:rFonts w:ascii="ＭＳ ゴシック" w:hAnsi="ＭＳ ゴシック" w:eastAsia="ＭＳ ゴシック"/>
          <w:b/>
          <w:sz w:val="19"/>
        </w:rPr>
        <w:t>7　被害の範囲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523"/>
        <w:gridCol w:w="2523"/>
        <w:gridCol w:w="2523"/>
        <w:gridCol w:w="2523"/>
      </w:tblGrid>
      <w:tr>
        <w:tc>
          <w:tcPr>
            <w:tcW w:type="dxa" w:w="2268"/>
            <w:shd w:val="clear" w:color="auto" w:fill="E8EDF5"/>
          </w:tcPr>
          <w:p>
            <w:pPr>
              <w:spacing w:after="0"/>
              <w:jc w:val="center"/>
            </w:pPr>
            <w:r/>
            <w:r>
              <w:rPr>
                <w:rFonts w:ascii="ＭＳ ゴシック" w:hAnsi="ＭＳ ゴシック" w:eastAsia="ＭＳ ゴシック"/>
                <w:b/>
                <w:sz w:val="17"/>
              </w:rPr>
              <w:t>場所（部屋）</w:t>
            </w:r>
          </w:p>
        </w:tc>
        <w:tc>
          <w:tcPr>
            <w:tcW w:type="dxa" w:w="4422"/>
            <w:shd w:val="clear" w:color="auto" w:fill="E8EDF5"/>
          </w:tcPr>
          <w:p>
            <w:pPr>
              <w:spacing w:after="0"/>
              <w:jc w:val="center"/>
            </w:pPr>
            <w:r/>
            <w:r>
              <w:rPr>
                <w:rFonts w:ascii="ＭＳ ゴシック" w:hAnsi="ＭＳ ゴシック" w:eastAsia="ＭＳ ゴシック"/>
                <w:b/>
                <w:sz w:val="17"/>
              </w:rPr>
              <w:t>濡れたもの（内装・家具・家電など）</w:t>
            </w:r>
          </w:p>
        </w:tc>
        <w:tc>
          <w:tcPr>
            <w:tcW w:type="dxa" w:w="1928"/>
            <w:shd w:val="clear" w:color="auto" w:fill="E8EDF5"/>
          </w:tcPr>
          <w:p>
            <w:pPr>
              <w:spacing w:after="0"/>
              <w:jc w:val="center"/>
            </w:pPr>
            <w:r/>
            <w:r>
              <w:rPr>
                <w:rFonts w:ascii="ＭＳ ゴシック" w:hAnsi="ＭＳ ゴシック" w:eastAsia="ＭＳ ゴシック"/>
                <w:b/>
                <w:sz w:val="17"/>
              </w:rPr>
              <w:t>程度</w:t>
            </w:r>
          </w:p>
        </w:tc>
        <w:tc>
          <w:tcPr>
            <w:tcW w:type="dxa" w:w="1474"/>
            <w:shd w:val="clear" w:color="auto" w:fill="E8EDF5"/>
          </w:tcPr>
          <w:p>
            <w:pPr>
              <w:spacing w:after="0"/>
              <w:jc w:val="center"/>
            </w:pPr>
            <w:r/>
            <w:r>
              <w:rPr>
                <w:rFonts w:ascii="ＭＳ ゴシック" w:hAnsi="ＭＳ ゴシック" w:eastAsia="ＭＳ ゴシック"/>
                <w:b/>
                <w:sz w:val="17"/>
              </w:rPr>
              <w:t>写真番号</w:t>
            </w:r>
          </w:p>
        </w:tc>
      </w:tr>
      <w:tr>
        <w:trPr>
          <w:trHeight w:val="397"/>
        </w:trPr>
        <w:tc>
          <w:tcPr>
            <w:tcW w:type="dxa" w:w="2268"/>
          </w:tcPr>
          <w:p>
            <w:pPr>
              <w:spacing w:after="0"/>
            </w:pPr>
            <w:r/>
          </w:p>
        </w:tc>
        <w:tc>
          <w:tcPr>
            <w:tcW w:type="dxa" w:w="4422"/>
          </w:tcPr>
          <w:p>
            <w:pPr>
              <w:spacing w:after="0"/>
            </w:pPr>
            <w:r/>
          </w:p>
        </w:tc>
        <w:tc>
          <w:tcPr>
            <w:tcW w:type="dxa" w:w="1928"/>
          </w:tcPr>
          <w:p>
            <w:pPr>
              <w:spacing w:after="0"/>
            </w:pPr>
            <w:r/>
          </w:p>
        </w:tc>
        <w:tc>
          <w:tcPr>
            <w:tcW w:type="dxa" w:w="1474"/>
          </w:tcPr>
          <w:p>
            <w:pPr>
              <w:spacing w:after="0"/>
            </w:pPr>
            <w:r/>
          </w:p>
        </w:tc>
      </w:tr>
      <w:tr>
        <w:trPr>
          <w:trHeight w:val="397"/>
        </w:trPr>
        <w:tc>
          <w:tcPr>
            <w:tcW w:type="dxa" w:w="2268"/>
          </w:tcPr>
          <w:p>
            <w:pPr>
              <w:spacing w:after="0"/>
            </w:pPr>
            <w:r/>
          </w:p>
        </w:tc>
        <w:tc>
          <w:tcPr>
            <w:tcW w:type="dxa" w:w="4422"/>
          </w:tcPr>
          <w:p>
            <w:pPr>
              <w:spacing w:after="0"/>
            </w:pPr>
            <w:r/>
          </w:p>
        </w:tc>
        <w:tc>
          <w:tcPr>
            <w:tcW w:type="dxa" w:w="1928"/>
          </w:tcPr>
          <w:p>
            <w:pPr>
              <w:spacing w:after="0"/>
            </w:pPr>
            <w:r/>
          </w:p>
        </w:tc>
        <w:tc>
          <w:tcPr>
            <w:tcW w:type="dxa" w:w="1474"/>
          </w:tcPr>
          <w:p>
            <w:pPr>
              <w:spacing w:after="0"/>
            </w:pPr>
            <w:r/>
          </w:p>
        </w:tc>
      </w:tr>
      <w:tr>
        <w:trPr>
          <w:trHeight w:val="397"/>
        </w:trPr>
        <w:tc>
          <w:tcPr>
            <w:tcW w:type="dxa" w:w="2268"/>
          </w:tcPr>
          <w:p>
            <w:pPr>
              <w:spacing w:after="0"/>
            </w:pPr>
            <w:r/>
          </w:p>
        </w:tc>
        <w:tc>
          <w:tcPr>
            <w:tcW w:type="dxa" w:w="4422"/>
          </w:tcPr>
          <w:p>
            <w:pPr>
              <w:spacing w:after="0"/>
            </w:pPr>
            <w:r/>
          </w:p>
        </w:tc>
        <w:tc>
          <w:tcPr>
            <w:tcW w:type="dxa" w:w="1928"/>
          </w:tcPr>
          <w:p>
            <w:pPr>
              <w:spacing w:after="0"/>
            </w:pPr>
            <w:r/>
          </w:p>
        </w:tc>
        <w:tc>
          <w:tcPr>
            <w:tcW w:type="dxa" w:w="1474"/>
          </w:tcPr>
          <w:p>
            <w:pPr>
              <w:spacing w:after="0"/>
            </w:pPr>
            <w:r/>
          </w:p>
        </w:tc>
      </w:tr>
      <w:tr>
        <w:trPr>
          <w:trHeight w:val="397"/>
        </w:trPr>
        <w:tc>
          <w:tcPr>
            <w:tcW w:type="dxa" w:w="2268"/>
          </w:tcPr>
          <w:p>
            <w:pPr>
              <w:spacing w:after="0"/>
            </w:pPr>
            <w:r/>
          </w:p>
        </w:tc>
        <w:tc>
          <w:tcPr>
            <w:tcW w:type="dxa" w:w="4422"/>
          </w:tcPr>
          <w:p>
            <w:pPr>
              <w:spacing w:after="0"/>
            </w:pPr>
            <w:r/>
          </w:p>
        </w:tc>
        <w:tc>
          <w:tcPr>
            <w:tcW w:type="dxa" w:w="1928"/>
          </w:tcPr>
          <w:p>
            <w:pPr>
              <w:spacing w:after="0"/>
            </w:pPr>
            <w:r/>
          </w:p>
        </w:tc>
        <w:tc>
          <w:tcPr>
            <w:tcW w:type="dxa" w:w="1474"/>
          </w:tcPr>
          <w:p>
            <w:pPr>
              <w:spacing w:after="0"/>
            </w:pPr>
            <w:r/>
          </w:p>
        </w:tc>
      </w:tr>
      <w:tr>
        <w:trPr>
          <w:trHeight w:val="397"/>
        </w:trPr>
        <w:tc>
          <w:tcPr>
            <w:tcW w:type="dxa" w:w="2268"/>
          </w:tcPr>
          <w:p>
            <w:pPr>
              <w:spacing w:after="0"/>
            </w:pPr>
            <w:r/>
          </w:p>
        </w:tc>
        <w:tc>
          <w:tcPr>
            <w:tcW w:type="dxa" w:w="4422"/>
          </w:tcPr>
          <w:p>
            <w:pPr>
              <w:spacing w:after="0"/>
            </w:pPr>
            <w:r/>
          </w:p>
        </w:tc>
        <w:tc>
          <w:tcPr>
            <w:tcW w:type="dxa" w:w="1928"/>
          </w:tcPr>
          <w:p>
            <w:pPr>
              <w:spacing w:after="0"/>
            </w:pPr>
            <w:r/>
          </w:p>
        </w:tc>
        <w:tc>
          <w:tcPr>
            <w:tcW w:type="dxa" w:w="1474"/>
          </w:tcPr>
          <w:p>
            <w:pPr>
              <w:spacing w:after="0"/>
            </w:pPr>
            <w:r/>
          </w:p>
        </w:tc>
      </w:tr>
    </w:tbl>
    <w:p>
      <w:pPr>
        <w:spacing w:after="40" w:before="0"/>
      </w:pPr>
    </w:p>
    <w:p>
      <w:pPr>
        <w:spacing w:after="20" w:before="0"/>
      </w:pPr>
      <w:r>
        <w:rPr>
          <w:rFonts w:ascii="ＭＳ ゴシック" w:hAnsi="ＭＳ ゴシック" w:eastAsia="ＭＳ ゴシック"/>
          <w:b/>
          <w:sz w:val="19"/>
        </w:rPr>
        <w:t>8　原因（分かる範囲）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092"/>
      </w:tblGrid>
      <w:tr>
        <w:tc>
          <w:tcPr>
            <w:tcW w:type="dxa" w:w="10091"/>
          </w:tcPr>
          <w:p>
            <w:pPr>
              <w:spacing w:after="0"/>
            </w:pPr>
            <w:r/>
            <w:r>
              <w:rPr>
                <w:rFonts w:ascii="ＭＳ ゴシック" w:hAnsi="ＭＳ ゴシック" w:eastAsia="ＭＳ ゴシック"/>
                <w:b w:val="0"/>
                <w:sz w:val="17"/>
              </w:rPr>
              <w:t>確かめたこと（誰が・いつ・どこを見たか）：</w:t>
            </w:r>
          </w:p>
          <w:p>
            <w:pPr>
              <w:spacing w:after="0"/>
            </w:pPr>
          </w:p>
          <w:p>
            <w:pPr>
              <w:spacing w:after="0"/>
            </w:pPr>
            <w:r>
              <w:rPr>
                <w:rFonts w:ascii="ＭＳ ゴシック" w:hAnsi="ＭＳ ゴシック" w:eastAsia="ＭＳ ゴシック"/>
                <w:b w:val="0"/>
                <w:sz w:val="17"/>
              </w:rPr>
              <w:t>判断：□ 確定　□ 推定（まだ確かめていない）　□ 分からない</w:t>
            </w:r>
          </w:p>
          <w:p>
            <w:pPr>
              <w:spacing w:after="0"/>
            </w:pPr>
            <w:r>
              <w:rPr>
                <w:rFonts w:ascii="ＭＳ ゴシック" w:hAnsi="ＭＳ ゴシック" w:eastAsia="ＭＳ ゴシック"/>
                <w:b w:val="0"/>
                <w:sz w:val="17"/>
              </w:rPr>
              <w:t>内容：</w:t>
            </w:r>
          </w:p>
          <w:p/>
        </w:tc>
      </w:tr>
    </w:tbl>
    <w:p>
      <w:pPr>
        <w:spacing w:after="40" w:before="0"/>
      </w:pPr>
    </w:p>
    <w:p>
      <w:pPr>
        <w:spacing w:after="20" w:before="0"/>
      </w:pPr>
      <w:r>
        <w:rPr>
          <w:rFonts w:ascii="ＭＳ ゴシック" w:hAnsi="ＭＳ ゴシック" w:eastAsia="ＭＳ ゴシック"/>
          <w:b/>
          <w:sz w:val="19"/>
        </w:rPr>
        <w:t>9　応急処置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64"/>
        <w:gridCol w:w="3364"/>
        <w:gridCol w:w="3364"/>
      </w:tblGrid>
      <w:tr>
        <w:tc>
          <w:tcPr>
            <w:tcW w:type="dxa" w:w="1928"/>
            <w:shd w:val="clear" w:color="auto" w:fill="E8EDF5"/>
          </w:tcPr>
          <w:p>
            <w:pPr>
              <w:spacing w:after="0"/>
              <w:jc w:val="center"/>
            </w:pPr>
            <w:r/>
            <w:r>
              <w:rPr>
                <w:rFonts w:ascii="ＭＳ ゴシック" w:hAnsi="ＭＳ ゴシック" w:eastAsia="ＭＳ ゴシック"/>
                <w:b/>
                <w:sz w:val="17"/>
              </w:rPr>
              <w:t>日時</w:t>
            </w:r>
          </w:p>
        </w:tc>
        <w:tc>
          <w:tcPr>
            <w:tcW w:type="dxa" w:w="6463"/>
            <w:shd w:val="clear" w:color="auto" w:fill="E8EDF5"/>
          </w:tcPr>
          <w:p>
            <w:pPr>
              <w:spacing w:after="0"/>
              <w:jc w:val="center"/>
            </w:pPr>
            <w:r/>
            <w:r>
              <w:rPr>
                <w:rFonts w:ascii="ＭＳ ゴシック" w:hAnsi="ＭＳ ゴシック" w:eastAsia="ＭＳ ゴシック"/>
                <w:b/>
                <w:sz w:val="17"/>
              </w:rPr>
              <w:t>したこと（止水栓を閉めた・ブレーカーを切った・水を受けた など）</w:t>
            </w:r>
          </w:p>
        </w:tc>
        <w:tc>
          <w:tcPr>
            <w:tcW w:type="dxa" w:w="1701"/>
            <w:shd w:val="clear" w:color="auto" w:fill="E8EDF5"/>
          </w:tcPr>
          <w:p>
            <w:pPr>
              <w:spacing w:after="0"/>
              <w:jc w:val="center"/>
            </w:pPr>
            <w:r/>
            <w:r>
              <w:rPr>
                <w:rFonts w:ascii="ＭＳ ゴシック" w:hAnsi="ＭＳ ゴシック" w:eastAsia="ＭＳ ゴシック"/>
                <w:b/>
                <w:sz w:val="17"/>
              </w:rPr>
              <w:t>した人</w:t>
            </w:r>
          </w:p>
        </w:tc>
      </w:tr>
      <w:tr>
        <w:trPr>
          <w:trHeight w:val="397"/>
        </w:trPr>
        <w:tc>
          <w:tcPr>
            <w:tcW w:type="dxa" w:w="1928"/>
          </w:tcPr>
          <w:p>
            <w:pPr>
              <w:spacing w:after="0"/>
            </w:pPr>
            <w:r/>
          </w:p>
        </w:tc>
        <w:tc>
          <w:tcPr>
            <w:tcW w:type="dxa" w:w="6463"/>
          </w:tcPr>
          <w:p>
            <w:pPr>
              <w:spacing w:after="0"/>
            </w:pPr>
            <w:r/>
          </w:p>
        </w:tc>
        <w:tc>
          <w:tcPr>
            <w:tcW w:type="dxa" w:w="1701"/>
          </w:tcPr>
          <w:p>
            <w:pPr>
              <w:spacing w:after="0"/>
            </w:pPr>
            <w:r/>
          </w:p>
        </w:tc>
      </w:tr>
      <w:tr>
        <w:trPr>
          <w:trHeight w:val="397"/>
        </w:trPr>
        <w:tc>
          <w:tcPr>
            <w:tcW w:type="dxa" w:w="1928"/>
          </w:tcPr>
          <w:p>
            <w:pPr>
              <w:spacing w:after="0"/>
            </w:pPr>
            <w:r/>
          </w:p>
        </w:tc>
        <w:tc>
          <w:tcPr>
            <w:tcW w:type="dxa" w:w="6463"/>
          </w:tcPr>
          <w:p>
            <w:pPr>
              <w:spacing w:after="0"/>
            </w:pPr>
            <w:r/>
          </w:p>
        </w:tc>
        <w:tc>
          <w:tcPr>
            <w:tcW w:type="dxa" w:w="1701"/>
          </w:tcPr>
          <w:p>
            <w:pPr>
              <w:spacing w:after="0"/>
            </w:pPr>
            <w:r/>
          </w:p>
        </w:tc>
      </w:tr>
      <w:tr>
        <w:trPr>
          <w:trHeight w:val="397"/>
        </w:trPr>
        <w:tc>
          <w:tcPr>
            <w:tcW w:type="dxa" w:w="1928"/>
          </w:tcPr>
          <w:p>
            <w:pPr>
              <w:spacing w:after="0"/>
            </w:pPr>
            <w:r/>
          </w:p>
        </w:tc>
        <w:tc>
          <w:tcPr>
            <w:tcW w:type="dxa" w:w="6463"/>
          </w:tcPr>
          <w:p>
            <w:pPr>
              <w:spacing w:after="0"/>
            </w:pPr>
            <w:r/>
          </w:p>
        </w:tc>
        <w:tc>
          <w:tcPr>
            <w:tcW w:type="dxa" w:w="1701"/>
          </w:tcPr>
          <w:p>
            <w:pPr>
              <w:spacing w:after="0"/>
            </w:pPr>
            <w:r/>
          </w:p>
        </w:tc>
      </w:tr>
      <w:tr>
        <w:trPr>
          <w:trHeight w:val="397"/>
        </w:trPr>
        <w:tc>
          <w:tcPr>
            <w:tcW w:type="dxa" w:w="1928"/>
          </w:tcPr>
          <w:p>
            <w:pPr>
              <w:spacing w:after="0"/>
            </w:pPr>
            <w:r/>
          </w:p>
        </w:tc>
        <w:tc>
          <w:tcPr>
            <w:tcW w:type="dxa" w:w="6463"/>
          </w:tcPr>
          <w:p>
            <w:pPr>
              <w:spacing w:after="0"/>
            </w:pPr>
            <w:r/>
          </w:p>
        </w:tc>
        <w:tc>
          <w:tcPr>
            <w:tcW w:type="dxa" w:w="1701"/>
          </w:tcPr>
          <w:p>
            <w:pPr>
              <w:spacing w:after="0"/>
            </w:pPr>
            <w:r/>
          </w:p>
        </w:tc>
      </w:tr>
    </w:tbl>
    <w:p>
      <w:pPr>
        <w:spacing w:after="40" w:before="0"/>
      </w:pPr>
    </w:p>
    <w:p>
      <w:pPr>
        <w:spacing w:after="20" w:before="0"/>
      </w:pPr>
      <w:r>
        <w:rPr>
          <w:rFonts w:ascii="ＭＳ ゴシック" w:hAnsi="ＭＳ ゴシック" w:eastAsia="ＭＳ ゴシック"/>
          <w:b/>
          <w:sz w:val="19"/>
        </w:rPr>
        <w:t>10　連絡先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018"/>
        <w:gridCol w:w="2018"/>
        <w:gridCol w:w="2018"/>
        <w:gridCol w:w="2018"/>
        <w:gridCol w:w="2018"/>
      </w:tblGrid>
      <w:tr>
        <w:tc>
          <w:tcPr>
            <w:tcW w:type="dxa" w:w="1928"/>
            <w:shd w:val="clear" w:color="auto" w:fill="E8EDF5"/>
          </w:tcPr>
          <w:p>
            <w:pPr>
              <w:spacing w:after="0"/>
              <w:jc w:val="center"/>
            </w:pPr>
            <w:r/>
            <w:r>
              <w:rPr>
                <w:rFonts w:ascii="ＭＳ ゴシック" w:hAnsi="ＭＳ ゴシック" w:eastAsia="ＭＳ ゴシック"/>
                <w:b/>
                <w:sz w:val="17"/>
              </w:rPr>
              <w:t>連絡先</w:t>
            </w:r>
          </w:p>
        </w:tc>
        <w:tc>
          <w:tcPr>
            <w:tcW w:type="dxa" w:w="2154"/>
            <w:shd w:val="clear" w:color="auto" w:fill="E8EDF5"/>
          </w:tcPr>
          <w:p>
            <w:pPr>
              <w:spacing w:after="0"/>
              <w:jc w:val="center"/>
            </w:pPr>
            <w:r/>
            <w:r>
              <w:rPr>
                <w:rFonts w:ascii="ＭＳ ゴシック" w:hAnsi="ＭＳ ゴシック" w:eastAsia="ＭＳ ゴシック"/>
                <w:b/>
                <w:sz w:val="17"/>
              </w:rPr>
              <w:t>会社名・氏名</w:t>
            </w:r>
          </w:p>
        </w:tc>
        <w:tc>
          <w:tcPr>
            <w:tcW w:type="dxa" w:w="1587"/>
            <w:shd w:val="clear" w:color="auto" w:fill="E8EDF5"/>
          </w:tcPr>
          <w:p>
            <w:pPr>
              <w:spacing w:after="0"/>
              <w:jc w:val="center"/>
            </w:pPr>
            <w:r/>
            <w:r>
              <w:rPr>
                <w:rFonts w:ascii="ＭＳ ゴシック" w:hAnsi="ＭＳ ゴシック" w:eastAsia="ＭＳ ゴシック"/>
                <w:b/>
                <w:sz w:val="17"/>
              </w:rPr>
              <w:t>電話番号</w:t>
            </w:r>
          </w:p>
        </w:tc>
        <w:tc>
          <w:tcPr>
            <w:tcW w:type="dxa" w:w="1587"/>
            <w:shd w:val="clear" w:color="auto" w:fill="E8EDF5"/>
          </w:tcPr>
          <w:p>
            <w:pPr>
              <w:spacing w:after="0"/>
              <w:jc w:val="center"/>
            </w:pPr>
            <w:r/>
            <w:r>
              <w:rPr>
                <w:rFonts w:ascii="ＭＳ ゴシック" w:hAnsi="ＭＳ ゴシック" w:eastAsia="ＭＳ ゴシック"/>
                <w:b/>
                <w:sz w:val="17"/>
              </w:rPr>
              <w:t>連絡した日時</w:t>
            </w:r>
          </w:p>
        </w:tc>
        <w:tc>
          <w:tcPr>
            <w:tcW w:type="dxa" w:w="2835"/>
            <w:shd w:val="clear" w:color="auto" w:fill="E8EDF5"/>
          </w:tcPr>
          <w:p>
            <w:pPr>
              <w:spacing w:after="0"/>
              <w:jc w:val="center"/>
            </w:pPr>
            <w:r/>
            <w:r>
              <w:rPr>
                <w:rFonts w:ascii="ＭＳ ゴシック" w:hAnsi="ＭＳ ゴシック" w:eastAsia="ＭＳ ゴシック"/>
                <w:b/>
                <w:sz w:val="17"/>
              </w:rPr>
              <w:t>伝えたこと・返事</w:t>
            </w:r>
          </w:p>
        </w:tc>
      </w:tr>
      <w:tr>
        <w:trPr>
          <w:trHeight w:val="397"/>
        </w:trPr>
        <w:tc>
          <w:tcPr>
            <w:tcW w:type="dxa" w:w="1928"/>
          </w:tcPr>
          <w:p>
            <w:pPr>
              <w:spacing w:after="0"/>
            </w:pPr>
            <w:r/>
            <w:r>
              <w:rPr>
                <w:rFonts w:ascii="ＭＳ ゴシック" w:hAnsi="ＭＳ ゴシック" w:eastAsia="ＭＳ ゴシック"/>
                <w:b w:val="0"/>
                <w:sz w:val="17"/>
              </w:rPr>
              <w:t>管理会社</w:t>
            </w:r>
          </w:p>
        </w:tc>
        <w:tc>
          <w:tcPr>
            <w:tcW w:type="dxa" w:w="2154"/>
          </w:tcPr>
          <w:p>
            <w:pPr>
              <w:spacing w:after="0"/>
            </w:pPr>
            <w:r/>
          </w:p>
        </w:tc>
        <w:tc>
          <w:tcPr>
            <w:tcW w:type="dxa" w:w="1587"/>
          </w:tcPr>
          <w:p>
            <w:pPr>
              <w:spacing w:after="0"/>
            </w:pPr>
            <w:r/>
          </w:p>
        </w:tc>
        <w:tc>
          <w:tcPr>
            <w:tcW w:type="dxa" w:w="1587"/>
          </w:tcPr>
          <w:p>
            <w:pPr>
              <w:spacing w:after="0"/>
            </w:pPr>
            <w:r/>
          </w:p>
        </w:tc>
        <w:tc>
          <w:tcPr>
            <w:tcW w:type="dxa" w:w="2835"/>
          </w:tcPr>
          <w:p>
            <w:pPr>
              <w:spacing w:after="0"/>
            </w:pPr>
            <w:r/>
          </w:p>
        </w:tc>
      </w:tr>
      <w:tr>
        <w:trPr>
          <w:trHeight w:val="397"/>
        </w:trPr>
        <w:tc>
          <w:tcPr>
            <w:tcW w:type="dxa" w:w="1928"/>
          </w:tcPr>
          <w:p>
            <w:pPr>
              <w:spacing w:after="0"/>
            </w:pPr>
            <w:r/>
            <w:r>
              <w:rPr>
                <w:rFonts w:ascii="ＭＳ ゴシック" w:hAnsi="ＭＳ ゴシック" w:eastAsia="ＭＳ ゴシック"/>
                <w:b w:val="0"/>
                <w:sz w:val="17"/>
              </w:rPr>
              <w:t>管理組合（理事長）</w:t>
            </w:r>
          </w:p>
        </w:tc>
        <w:tc>
          <w:tcPr>
            <w:tcW w:type="dxa" w:w="2154"/>
          </w:tcPr>
          <w:p>
            <w:pPr>
              <w:spacing w:after="0"/>
            </w:pPr>
            <w:r/>
          </w:p>
        </w:tc>
        <w:tc>
          <w:tcPr>
            <w:tcW w:type="dxa" w:w="1587"/>
          </w:tcPr>
          <w:p>
            <w:pPr>
              <w:spacing w:after="0"/>
            </w:pPr>
            <w:r/>
          </w:p>
        </w:tc>
        <w:tc>
          <w:tcPr>
            <w:tcW w:type="dxa" w:w="1587"/>
          </w:tcPr>
          <w:p>
            <w:pPr>
              <w:spacing w:after="0"/>
            </w:pPr>
            <w:r/>
          </w:p>
        </w:tc>
        <w:tc>
          <w:tcPr>
            <w:tcW w:type="dxa" w:w="2835"/>
          </w:tcPr>
          <w:p>
            <w:pPr>
              <w:spacing w:after="0"/>
            </w:pPr>
            <w:r/>
          </w:p>
        </w:tc>
      </w:tr>
      <w:tr>
        <w:trPr>
          <w:trHeight w:val="397"/>
        </w:trPr>
        <w:tc>
          <w:tcPr>
            <w:tcW w:type="dxa" w:w="1928"/>
          </w:tcPr>
          <w:p>
            <w:pPr>
              <w:spacing w:after="0"/>
            </w:pPr>
            <w:r/>
            <w:r>
              <w:rPr>
                <w:rFonts w:ascii="ＭＳ ゴシック" w:hAnsi="ＭＳ ゴシック" w:eastAsia="ＭＳ ゴシック"/>
                <w:b w:val="0"/>
                <w:sz w:val="17"/>
              </w:rPr>
              <w:t>上の階（　　号室）</w:t>
            </w:r>
          </w:p>
        </w:tc>
        <w:tc>
          <w:tcPr>
            <w:tcW w:type="dxa" w:w="2154"/>
          </w:tcPr>
          <w:p>
            <w:pPr>
              <w:spacing w:after="0"/>
            </w:pPr>
            <w:r/>
          </w:p>
        </w:tc>
        <w:tc>
          <w:tcPr>
            <w:tcW w:type="dxa" w:w="1587"/>
          </w:tcPr>
          <w:p>
            <w:pPr>
              <w:spacing w:after="0"/>
            </w:pPr>
            <w:r/>
          </w:p>
        </w:tc>
        <w:tc>
          <w:tcPr>
            <w:tcW w:type="dxa" w:w="1587"/>
          </w:tcPr>
          <w:p>
            <w:pPr>
              <w:spacing w:after="0"/>
            </w:pPr>
            <w:r/>
          </w:p>
        </w:tc>
        <w:tc>
          <w:tcPr>
            <w:tcW w:type="dxa" w:w="2835"/>
          </w:tcPr>
          <w:p>
            <w:pPr>
              <w:spacing w:after="0"/>
            </w:pPr>
            <w:r/>
          </w:p>
        </w:tc>
      </w:tr>
      <w:tr>
        <w:trPr>
          <w:trHeight w:val="397"/>
        </w:trPr>
        <w:tc>
          <w:tcPr>
            <w:tcW w:type="dxa" w:w="1928"/>
          </w:tcPr>
          <w:p>
            <w:pPr>
              <w:spacing w:after="0"/>
            </w:pPr>
            <w:r/>
            <w:r>
              <w:rPr>
                <w:rFonts w:ascii="ＭＳ ゴシック" w:hAnsi="ＭＳ ゴシック" w:eastAsia="ＭＳ ゴシック"/>
                <w:b w:val="0"/>
                <w:sz w:val="17"/>
              </w:rPr>
              <w:t>下の階（　　号室）</w:t>
            </w:r>
          </w:p>
        </w:tc>
        <w:tc>
          <w:tcPr>
            <w:tcW w:type="dxa" w:w="2154"/>
          </w:tcPr>
          <w:p>
            <w:pPr>
              <w:spacing w:after="0"/>
            </w:pPr>
            <w:r/>
          </w:p>
        </w:tc>
        <w:tc>
          <w:tcPr>
            <w:tcW w:type="dxa" w:w="1587"/>
          </w:tcPr>
          <w:p>
            <w:pPr>
              <w:spacing w:after="0"/>
            </w:pPr>
            <w:r/>
          </w:p>
        </w:tc>
        <w:tc>
          <w:tcPr>
            <w:tcW w:type="dxa" w:w="1587"/>
          </w:tcPr>
          <w:p>
            <w:pPr>
              <w:spacing w:after="0"/>
            </w:pPr>
            <w:r/>
          </w:p>
        </w:tc>
        <w:tc>
          <w:tcPr>
            <w:tcW w:type="dxa" w:w="2835"/>
          </w:tcPr>
          <w:p>
            <w:pPr>
              <w:spacing w:after="0"/>
            </w:pPr>
            <w:r/>
          </w:p>
        </w:tc>
      </w:tr>
      <w:tr>
        <w:trPr>
          <w:trHeight w:val="397"/>
        </w:trPr>
        <w:tc>
          <w:tcPr>
            <w:tcW w:type="dxa" w:w="1928"/>
          </w:tcPr>
          <w:p>
            <w:pPr>
              <w:spacing w:after="0"/>
            </w:pPr>
            <w:r/>
            <w:r>
              <w:rPr>
                <w:rFonts w:ascii="ＭＳ ゴシック" w:hAnsi="ＭＳ ゴシック" w:eastAsia="ＭＳ ゴシック"/>
                <w:b w:val="0"/>
                <w:sz w:val="17"/>
              </w:rPr>
              <w:t>保険会社・代理店</w:t>
            </w:r>
          </w:p>
        </w:tc>
        <w:tc>
          <w:tcPr>
            <w:tcW w:type="dxa" w:w="2154"/>
          </w:tcPr>
          <w:p>
            <w:pPr>
              <w:spacing w:after="0"/>
            </w:pPr>
            <w:r/>
          </w:p>
        </w:tc>
        <w:tc>
          <w:tcPr>
            <w:tcW w:type="dxa" w:w="1587"/>
          </w:tcPr>
          <w:p>
            <w:pPr>
              <w:spacing w:after="0"/>
            </w:pPr>
            <w:r/>
          </w:p>
        </w:tc>
        <w:tc>
          <w:tcPr>
            <w:tcW w:type="dxa" w:w="1587"/>
          </w:tcPr>
          <w:p>
            <w:pPr>
              <w:spacing w:after="0"/>
            </w:pPr>
            <w:r/>
          </w:p>
        </w:tc>
        <w:tc>
          <w:tcPr>
            <w:tcW w:type="dxa" w:w="2835"/>
          </w:tcPr>
          <w:p>
            <w:pPr>
              <w:spacing w:after="0"/>
            </w:pPr>
            <w:r/>
          </w:p>
        </w:tc>
      </w:tr>
      <w:tr>
        <w:trPr>
          <w:trHeight w:val="397"/>
        </w:trPr>
        <w:tc>
          <w:tcPr>
            <w:tcW w:type="dxa" w:w="1928"/>
          </w:tcPr>
          <w:p>
            <w:pPr>
              <w:spacing w:after="0"/>
            </w:pPr>
            <w:r/>
            <w:r>
              <w:rPr>
                <w:rFonts w:ascii="ＭＳ ゴシック" w:hAnsi="ＭＳ ゴシック" w:eastAsia="ＭＳ ゴシック"/>
                <w:b w:val="0"/>
                <w:sz w:val="17"/>
              </w:rPr>
              <w:t>修理業者</w:t>
            </w:r>
          </w:p>
        </w:tc>
        <w:tc>
          <w:tcPr>
            <w:tcW w:type="dxa" w:w="2154"/>
          </w:tcPr>
          <w:p>
            <w:pPr>
              <w:spacing w:after="0"/>
            </w:pPr>
            <w:r/>
          </w:p>
        </w:tc>
        <w:tc>
          <w:tcPr>
            <w:tcW w:type="dxa" w:w="1587"/>
          </w:tcPr>
          <w:p>
            <w:pPr>
              <w:spacing w:after="0"/>
            </w:pPr>
            <w:r/>
          </w:p>
        </w:tc>
        <w:tc>
          <w:tcPr>
            <w:tcW w:type="dxa" w:w="1587"/>
          </w:tcPr>
          <w:p>
            <w:pPr>
              <w:spacing w:after="0"/>
            </w:pPr>
            <w:r/>
          </w:p>
        </w:tc>
        <w:tc>
          <w:tcPr>
            <w:tcW w:type="dxa" w:w="2835"/>
          </w:tcPr>
          <w:p>
            <w:pPr>
              <w:spacing w:after="0"/>
            </w:pPr>
            <w:r/>
          </w:p>
        </w:tc>
      </w:tr>
      <w:tr>
        <w:trPr>
          <w:trHeight w:val="397"/>
        </w:trPr>
        <w:tc>
          <w:tcPr>
            <w:tcW w:type="dxa" w:w="1928"/>
          </w:tcPr>
          <w:p>
            <w:pPr>
              <w:spacing w:after="0"/>
            </w:pPr>
            <w:r/>
            <w:r>
              <w:rPr>
                <w:rFonts w:ascii="ＭＳ ゴシック" w:hAnsi="ＭＳ ゴシック" w:eastAsia="ＭＳ ゴシック"/>
                <w:b w:val="0"/>
                <w:sz w:val="17"/>
              </w:rPr>
              <w:t>貸主・オーナー</w:t>
            </w:r>
          </w:p>
        </w:tc>
        <w:tc>
          <w:tcPr>
            <w:tcW w:type="dxa" w:w="2154"/>
          </w:tcPr>
          <w:p>
            <w:pPr>
              <w:spacing w:after="0"/>
            </w:pPr>
            <w:r/>
          </w:p>
        </w:tc>
        <w:tc>
          <w:tcPr>
            <w:tcW w:type="dxa" w:w="1587"/>
          </w:tcPr>
          <w:p>
            <w:pPr>
              <w:spacing w:after="0"/>
            </w:pPr>
            <w:r/>
          </w:p>
        </w:tc>
        <w:tc>
          <w:tcPr>
            <w:tcW w:type="dxa" w:w="1587"/>
          </w:tcPr>
          <w:p>
            <w:pPr>
              <w:spacing w:after="0"/>
            </w:pPr>
            <w:r/>
          </w:p>
        </w:tc>
        <w:tc>
          <w:tcPr>
            <w:tcW w:type="dxa" w:w="2835"/>
          </w:tcPr>
          <w:p>
            <w:pPr>
              <w:spacing w:after="0"/>
            </w:pPr>
            <w:r/>
          </w:p>
        </w:tc>
      </w:tr>
      <w:tr>
        <w:trPr>
          <w:trHeight w:val="397"/>
        </w:trPr>
        <w:tc>
          <w:tcPr>
            <w:tcW w:type="dxa" w:w="1928"/>
          </w:tcPr>
          <w:p>
            <w:pPr>
              <w:spacing w:after="0"/>
            </w:pPr>
            <w:r/>
            <w:r>
              <w:rPr>
                <w:rFonts w:ascii="ＭＳ ゴシック" w:hAnsi="ＭＳ ゴシック" w:eastAsia="ＭＳ ゴシック"/>
                <w:b w:val="0"/>
                <w:sz w:val="17"/>
              </w:rPr>
              <w:t>その他（　　　　）</w:t>
            </w:r>
          </w:p>
        </w:tc>
        <w:tc>
          <w:tcPr>
            <w:tcW w:type="dxa" w:w="2154"/>
          </w:tcPr>
          <w:p>
            <w:pPr>
              <w:spacing w:after="0"/>
            </w:pPr>
            <w:r/>
          </w:p>
        </w:tc>
        <w:tc>
          <w:tcPr>
            <w:tcW w:type="dxa" w:w="1587"/>
          </w:tcPr>
          <w:p>
            <w:pPr>
              <w:spacing w:after="0"/>
            </w:pPr>
            <w:r/>
          </w:p>
        </w:tc>
        <w:tc>
          <w:tcPr>
            <w:tcW w:type="dxa" w:w="1587"/>
          </w:tcPr>
          <w:p>
            <w:pPr>
              <w:spacing w:after="0"/>
            </w:pPr>
            <w:r/>
          </w:p>
        </w:tc>
        <w:tc>
          <w:tcPr>
            <w:tcW w:type="dxa" w:w="2835"/>
          </w:tcPr>
          <w:p>
            <w:pPr>
              <w:spacing w:after="0"/>
            </w:pPr>
            <w:r/>
          </w:p>
        </w:tc>
      </w:tr>
    </w:tbl>
    <w:p>
      <w:pPr>
        <w:spacing w:after="40" w:before="0"/>
      </w:pPr>
    </w:p>
    <w:p>
      <w:pPr>
        <w:spacing w:after="20" w:before="0"/>
      </w:pPr>
      <w:r>
        <w:rPr>
          <w:rFonts w:ascii="ＭＳ ゴシック" w:hAnsi="ＭＳ ゴシック" w:eastAsia="ＭＳ ゴシック"/>
          <w:b/>
          <w:sz w:val="19"/>
        </w:rPr>
        <w:t>11　経過（時系列）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046"/>
        <w:gridCol w:w="5046"/>
      </w:tblGrid>
      <w:tr>
        <w:tc>
          <w:tcPr>
            <w:tcW w:type="dxa" w:w="2041"/>
            <w:shd w:val="clear" w:color="auto" w:fill="E8EDF5"/>
          </w:tcPr>
          <w:p>
            <w:pPr>
              <w:spacing w:after="0"/>
              <w:jc w:val="center"/>
            </w:pPr>
            <w:r/>
            <w:r>
              <w:rPr>
                <w:rFonts w:ascii="ＭＳ ゴシック" w:hAnsi="ＭＳ ゴシック" w:eastAsia="ＭＳ ゴシック"/>
                <w:b/>
                <w:sz w:val="17"/>
              </w:rPr>
              <w:t>日時</w:t>
            </w:r>
          </w:p>
        </w:tc>
        <w:tc>
          <w:tcPr>
            <w:tcW w:type="dxa" w:w="8050"/>
            <w:shd w:val="clear" w:color="auto" w:fill="E8EDF5"/>
          </w:tcPr>
          <w:p>
            <w:pPr>
              <w:spacing w:after="0"/>
              <w:jc w:val="center"/>
            </w:pPr>
            <w:r/>
            <w:r>
              <w:rPr>
                <w:rFonts w:ascii="ＭＳ ゴシック" w:hAnsi="ＭＳ ゴシック" w:eastAsia="ＭＳ ゴシック"/>
                <w:b/>
                <w:sz w:val="17"/>
              </w:rPr>
              <w:t>できごと</w:t>
            </w:r>
          </w:p>
        </w:tc>
      </w:tr>
      <w:tr>
        <w:trPr>
          <w:trHeight w:val="397"/>
        </w:trPr>
        <w:tc>
          <w:tcPr>
            <w:tcW w:type="dxa" w:w="2041"/>
          </w:tcPr>
          <w:p>
            <w:pPr>
              <w:spacing w:after="0"/>
            </w:pPr>
            <w:r/>
          </w:p>
        </w:tc>
        <w:tc>
          <w:tcPr>
            <w:tcW w:type="dxa" w:w="8050"/>
          </w:tcPr>
          <w:p>
            <w:pPr>
              <w:spacing w:after="0"/>
            </w:pPr>
            <w:r/>
          </w:p>
        </w:tc>
      </w:tr>
      <w:tr>
        <w:trPr>
          <w:trHeight w:val="397"/>
        </w:trPr>
        <w:tc>
          <w:tcPr>
            <w:tcW w:type="dxa" w:w="2041"/>
          </w:tcPr>
          <w:p>
            <w:pPr>
              <w:spacing w:after="0"/>
            </w:pPr>
            <w:r/>
          </w:p>
        </w:tc>
        <w:tc>
          <w:tcPr>
            <w:tcW w:type="dxa" w:w="8050"/>
          </w:tcPr>
          <w:p>
            <w:pPr>
              <w:spacing w:after="0"/>
            </w:pPr>
            <w:r/>
          </w:p>
        </w:tc>
      </w:tr>
      <w:tr>
        <w:trPr>
          <w:trHeight w:val="397"/>
        </w:trPr>
        <w:tc>
          <w:tcPr>
            <w:tcW w:type="dxa" w:w="2041"/>
          </w:tcPr>
          <w:p>
            <w:pPr>
              <w:spacing w:after="0"/>
            </w:pPr>
            <w:r/>
          </w:p>
        </w:tc>
        <w:tc>
          <w:tcPr>
            <w:tcW w:type="dxa" w:w="8050"/>
          </w:tcPr>
          <w:p>
            <w:pPr>
              <w:spacing w:after="0"/>
            </w:pPr>
            <w:r/>
          </w:p>
        </w:tc>
      </w:tr>
      <w:tr>
        <w:trPr>
          <w:trHeight w:val="397"/>
        </w:trPr>
        <w:tc>
          <w:tcPr>
            <w:tcW w:type="dxa" w:w="2041"/>
          </w:tcPr>
          <w:p>
            <w:pPr>
              <w:spacing w:after="0"/>
            </w:pPr>
            <w:r/>
          </w:p>
        </w:tc>
        <w:tc>
          <w:tcPr>
            <w:tcW w:type="dxa" w:w="8050"/>
          </w:tcPr>
          <w:p>
            <w:pPr>
              <w:spacing w:after="0"/>
            </w:pPr>
            <w:r/>
          </w:p>
        </w:tc>
      </w:tr>
      <w:tr>
        <w:trPr>
          <w:trHeight w:val="397"/>
        </w:trPr>
        <w:tc>
          <w:tcPr>
            <w:tcW w:type="dxa" w:w="2041"/>
          </w:tcPr>
          <w:p>
            <w:pPr>
              <w:spacing w:after="0"/>
            </w:pPr>
            <w:r/>
          </w:p>
        </w:tc>
        <w:tc>
          <w:tcPr>
            <w:tcW w:type="dxa" w:w="8050"/>
          </w:tcPr>
          <w:p>
            <w:pPr>
              <w:spacing w:after="0"/>
            </w:pPr>
            <w:r/>
          </w:p>
        </w:tc>
      </w:tr>
      <w:tr>
        <w:trPr>
          <w:trHeight w:val="397"/>
        </w:trPr>
        <w:tc>
          <w:tcPr>
            <w:tcW w:type="dxa" w:w="2041"/>
          </w:tcPr>
          <w:p>
            <w:pPr>
              <w:spacing w:after="0"/>
            </w:pPr>
            <w:r/>
          </w:p>
        </w:tc>
        <w:tc>
          <w:tcPr>
            <w:tcW w:type="dxa" w:w="8050"/>
          </w:tcPr>
          <w:p>
            <w:pPr>
              <w:spacing w:after="0"/>
            </w:pPr>
            <w:r/>
          </w:p>
        </w:tc>
      </w:tr>
    </w:tbl>
    <w:p>
      <w:pPr>
        <w:spacing w:after="40" w:before="0"/>
      </w:pPr>
    </w:p>
    <w:p>
      <w:pPr>
        <w:spacing w:after="20" w:before="0"/>
      </w:pPr>
      <w:r>
        <w:rPr>
          <w:rFonts w:ascii="ＭＳ ゴシック" w:hAnsi="ＭＳ ゴシック" w:eastAsia="ＭＳ ゴシック"/>
          <w:b/>
          <w:sz w:val="19"/>
        </w:rPr>
        <w:t>12　写真（写真は最後の「写真台帳」に貼ります）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523"/>
        <w:gridCol w:w="2523"/>
        <w:gridCol w:w="2523"/>
        <w:gridCol w:w="2523"/>
      </w:tblGrid>
      <w:tr>
        <w:tc>
          <w:tcPr>
            <w:tcW w:type="dxa" w:w="1134"/>
            <w:shd w:val="clear" w:color="auto" w:fill="E8EDF5"/>
          </w:tcPr>
          <w:p>
            <w:pPr>
              <w:spacing w:after="0"/>
              <w:jc w:val="center"/>
            </w:pPr>
            <w:r/>
            <w:r>
              <w:rPr>
                <w:rFonts w:ascii="ＭＳ ゴシック" w:hAnsi="ＭＳ ゴシック" w:eastAsia="ＭＳ ゴシック"/>
                <w:b/>
                <w:sz w:val="17"/>
              </w:rPr>
              <w:t>写真番号</w:t>
            </w:r>
          </w:p>
        </w:tc>
        <w:tc>
          <w:tcPr>
            <w:tcW w:type="dxa" w:w="2268"/>
            <w:shd w:val="clear" w:color="auto" w:fill="E8EDF5"/>
          </w:tcPr>
          <w:p>
            <w:pPr>
              <w:spacing w:after="0"/>
              <w:jc w:val="center"/>
            </w:pPr>
            <w:r/>
            <w:r>
              <w:rPr>
                <w:rFonts w:ascii="ＭＳ ゴシック" w:hAnsi="ＭＳ ゴシック" w:eastAsia="ＭＳ ゴシック"/>
                <w:b/>
                <w:sz w:val="17"/>
              </w:rPr>
              <w:t>撮った日時</w:t>
            </w:r>
          </w:p>
        </w:tc>
        <w:tc>
          <w:tcPr>
            <w:tcW w:type="dxa" w:w="2835"/>
            <w:shd w:val="clear" w:color="auto" w:fill="E8EDF5"/>
          </w:tcPr>
          <w:p>
            <w:pPr>
              <w:spacing w:after="0"/>
              <w:jc w:val="center"/>
            </w:pPr>
            <w:r/>
            <w:r>
              <w:rPr>
                <w:rFonts w:ascii="ＭＳ ゴシック" w:hAnsi="ＭＳ ゴシック" w:eastAsia="ＭＳ ゴシック"/>
                <w:b/>
                <w:sz w:val="17"/>
              </w:rPr>
              <w:t>場所・向き</w:t>
            </w:r>
          </w:p>
        </w:tc>
        <w:tc>
          <w:tcPr>
            <w:tcW w:type="dxa" w:w="3855"/>
            <w:shd w:val="clear" w:color="auto" w:fill="E8EDF5"/>
          </w:tcPr>
          <w:p>
            <w:pPr>
              <w:spacing w:after="0"/>
              <w:jc w:val="center"/>
            </w:pPr>
            <w:r/>
            <w:r>
              <w:rPr>
                <w:rFonts w:ascii="ＭＳ ゴシック" w:hAnsi="ＭＳ ゴシック" w:eastAsia="ＭＳ ゴシック"/>
                <w:b/>
                <w:sz w:val="17"/>
              </w:rPr>
              <w:t>写っているもの</w:t>
            </w:r>
          </w:p>
        </w:tc>
      </w:tr>
      <w:tr>
        <w:trPr>
          <w:trHeight w:val="397"/>
        </w:trPr>
        <w:tc>
          <w:tcPr>
            <w:tcW w:type="dxa" w:w="1134"/>
          </w:tcPr>
          <w:p>
            <w:pPr>
              <w:spacing w:after="0"/>
            </w:pPr>
            <w:r/>
          </w:p>
        </w:tc>
        <w:tc>
          <w:tcPr>
            <w:tcW w:type="dxa" w:w="2268"/>
          </w:tcPr>
          <w:p>
            <w:pPr>
              <w:spacing w:after="0"/>
            </w:pPr>
            <w:r/>
          </w:p>
        </w:tc>
        <w:tc>
          <w:tcPr>
            <w:tcW w:type="dxa" w:w="2835"/>
          </w:tcPr>
          <w:p>
            <w:pPr>
              <w:spacing w:after="0"/>
            </w:pPr>
            <w:r/>
          </w:p>
        </w:tc>
        <w:tc>
          <w:tcPr>
            <w:tcW w:type="dxa" w:w="3855"/>
          </w:tcPr>
          <w:p>
            <w:pPr>
              <w:spacing w:after="0"/>
            </w:pPr>
            <w:r/>
          </w:p>
        </w:tc>
      </w:tr>
      <w:tr>
        <w:trPr>
          <w:trHeight w:val="397"/>
        </w:trPr>
        <w:tc>
          <w:tcPr>
            <w:tcW w:type="dxa" w:w="1134"/>
          </w:tcPr>
          <w:p>
            <w:pPr>
              <w:spacing w:after="0"/>
            </w:pPr>
            <w:r/>
          </w:p>
        </w:tc>
        <w:tc>
          <w:tcPr>
            <w:tcW w:type="dxa" w:w="2268"/>
          </w:tcPr>
          <w:p>
            <w:pPr>
              <w:spacing w:after="0"/>
            </w:pPr>
            <w:r/>
          </w:p>
        </w:tc>
        <w:tc>
          <w:tcPr>
            <w:tcW w:type="dxa" w:w="2835"/>
          </w:tcPr>
          <w:p>
            <w:pPr>
              <w:spacing w:after="0"/>
            </w:pPr>
            <w:r/>
          </w:p>
        </w:tc>
        <w:tc>
          <w:tcPr>
            <w:tcW w:type="dxa" w:w="3855"/>
          </w:tcPr>
          <w:p>
            <w:pPr>
              <w:spacing w:after="0"/>
            </w:pPr>
            <w:r/>
          </w:p>
        </w:tc>
      </w:tr>
      <w:tr>
        <w:trPr>
          <w:trHeight w:val="397"/>
        </w:trPr>
        <w:tc>
          <w:tcPr>
            <w:tcW w:type="dxa" w:w="1134"/>
          </w:tcPr>
          <w:p>
            <w:pPr>
              <w:spacing w:after="0"/>
            </w:pPr>
            <w:r/>
          </w:p>
        </w:tc>
        <w:tc>
          <w:tcPr>
            <w:tcW w:type="dxa" w:w="2268"/>
          </w:tcPr>
          <w:p>
            <w:pPr>
              <w:spacing w:after="0"/>
            </w:pPr>
            <w:r/>
          </w:p>
        </w:tc>
        <w:tc>
          <w:tcPr>
            <w:tcW w:type="dxa" w:w="2835"/>
          </w:tcPr>
          <w:p>
            <w:pPr>
              <w:spacing w:after="0"/>
            </w:pPr>
            <w:r/>
          </w:p>
        </w:tc>
        <w:tc>
          <w:tcPr>
            <w:tcW w:type="dxa" w:w="3855"/>
          </w:tcPr>
          <w:p>
            <w:pPr>
              <w:spacing w:after="0"/>
            </w:pPr>
            <w:r/>
          </w:p>
        </w:tc>
      </w:tr>
      <w:tr>
        <w:trPr>
          <w:trHeight w:val="397"/>
        </w:trPr>
        <w:tc>
          <w:tcPr>
            <w:tcW w:type="dxa" w:w="1134"/>
          </w:tcPr>
          <w:p>
            <w:pPr>
              <w:spacing w:after="0"/>
            </w:pPr>
            <w:r/>
          </w:p>
        </w:tc>
        <w:tc>
          <w:tcPr>
            <w:tcW w:type="dxa" w:w="2268"/>
          </w:tcPr>
          <w:p>
            <w:pPr>
              <w:spacing w:after="0"/>
            </w:pPr>
            <w:r/>
          </w:p>
        </w:tc>
        <w:tc>
          <w:tcPr>
            <w:tcW w:type="dxa" w:w="2835"/>
          </w:tcPr>
          <w:p>
            <w:pPr>
              <w:spacing w:after="0"/>
            </w:pPr>
            <w:r/>
          </w:p>
        </w:tc>
        <w:tc>
          <w:tcPr>
            <w:tcW w:type="dxa" w:w="3855"/>
          </w:tcPr>
          <w:p>
            <w:pPr>
              <w:spacing w:after="0"/>
            </w:pPr>
            <w:r/>
          </w:p>
        </w:tc>
      </w:tr>
      <w:tr>
        <w:trPr>
          <w:trHeight w:val="397"/>
        </w:trPr>
        <w:tc>
          <w:tcPr>
            <w:tcW w:type="dxa" w:w="1134"/>
          </w:tcPr>
          <w:p>
            <w:pPr>
              <w:spacing w:after="0"/>
            </w:pPr>
            <w:r/>
          </w:p>
        </w:tc>
        <w:tc>
          <w:tcPr>
            <w:tcW w:type="dxa" w:w="2268"/>
          </w:tcPr>
          <w:p>
            <w:pPr>
              <w:spacing w:after="0"/>
            </w:pPr>
            <w:r/>
          </w:p>
        </w:tc>
        <w:tc>
          <w:tcPr>
            <w:tcW w:type="dxa" w:w="2835"/>
          </w:tcPr>
          <w:p>
            <w:pPr>
              <w:spacing w:after="0"/>
            </w:pPr>
            <w:r/>
          </w:p>
        </w:tc>
        <w:tc>
          <w:tcPr>
            <w:tcW w:type="dxa" w:w="3855"/>
          </w:tcPr>
          <w:p>
            <w:pPr>
              <w:spacing w:after="0"/>
            </w:pPr>
            <w:r/>
          </w:p>
        </w:tc>
      </w:tr>
      <w:tr>
        <w:trPr>
          <w:trHeight w:val="397"/>
        </w:trPr>
        <w:tc>
          <w:tcPr>
            <w:tcW w:type="dxa" w:w="1134"/>
          </w:tcPr>
          <w:p>
            <w:pPr>
              <w:spacing w:after="0"/>
            </w:pPr>
            <w:r/>
          </w:p>
        </w:tc>
        <w:tc>
          <w:tcPr>
            <w:tcW w:type="dxa" w:w="2268"/>
          </w:tcPr>
          <w:p>
            <w:pPr>
              <w:spacing w:after="0"/>
            </w:pPr>
            <w:r/>
          </w:p>
        </w:tc>
        <w:tc>
          <w:tcPr>
            <w:tcW w:type="dxa" w:w="2835"/>
          </w:tcPr>
          <w:p>
            <w:pPr>
              <w:spacing w:after="0"/>
            </w:pPr>
            <w:r/>
          </w:p>
        </w:tc>
        <w:tc>
          <w:tcPr>
            <w:tcW w:type="dxa" w:w="3855"/>
          </w:tcPr>
          <w:p>
            <w:pPr>
              <w:spacing w:after="0"/>
            </w:pPr>
            <w:r/>
          </w:p>
        </w:tc>
      </w:tr>
    </w:tbl>
    <w:p>
      <w:pPr>
        <w:spacing w:after="40" w:before="0"/>
      </w:pPr>
    </w:p>
    <w:p>
      <w:pPr>
        <w:spacing w:after="20" w:before="0"/>
      </w:pPr>
      <w:r>
        <w:rPr>
          <w:rFonts w:ascii="ＭＳ ゴシック" w:hAnsi="ＭＳ ゴシック" w:eastAsia="ＭＳ ゴシック"/>
          <w:b/>
          <w:sz w:val="19"/>
        </w:rPr>
        <w:t>13　今後の対応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046"/>
        <w:gridCol w:w="5046"/>
      </w:tblGrid>
      <w:tr>
        <w:trPr>
          <w:trHeight w:val="397"/>
        </w:trPr>
        <w:tc>
          <w:tcPr>
            <w:tcW w:type="dxa" w:w="2268"/>
            <w:shd w:val="clear" w:color="auto" w:fill="E8EDF5"/>
          </w:tcPr>
          <w:p>
            <w:pPr>
              <w:spacing w:after="0"/>
            </w:pPr>
            <w:r/>
            <w:r>
              <w:rPr>
                <w:rFonts w:ascii="ＭＳ ゴシック" w:hAnsi="ＭＳ ゴシック" w:eastAsia="ＭＳ ゴシック"/>
                <w:b/>
                <w:sz w:val="17"/>
              </w:rPr>
              <w:t>原因を確かめる予定</w:t>
            </w:r>
          </w:p>
        </w:tc>
        <w:tc>
          <w:tcPr>
            <w:tcW w:type="dxa" w:w="7824"/>
          </w:tcPr>
          <w:p>
            <w:pPr>
              <w:spacing w:after="0"/>
            </w:pPr>
            <w:r/>
            <w:r>
              <w:rPr>
                <w:rFonts w:ascii="ＭＳ ゴシック" w:hAnsi="ＭＳ ゴシック" w:eastAsia="ＭＳ ゴシック"/>
                <w:b w:val="0"/>
                <w:sz w:val="17"/>
              </w:rPr>
              <w:t>いつ・誰が・何をするか：</w:t>
            </w:r>
          </w:p>
        </w:tc>
      </w:tr>
      <w:tr>
        <w:trPr>
          <w:trHeight w:val="397"/>
        </w:trPr>
        <w:tc>
          <w:tcPr>
            <w:tcW w:type="dxa" w:w="2268"/>
            <w:shd w:val="clear" w:color="auto" w:fill="E8EDF5"/>
          </w:tcPr>
          <w:p>
            <w:pPr>
              <w:spacing w:after="0"/>
            </w:pPr>
            <w:r/>
            <w:r>
              <w:rPr>
                <w:rFonts w:ascii="ＭＳ ゴシック" w:hAnsi="ＭＳ ゴシック" w:eastAsia="ＭＳ ゴシック"/>
                <w:b/>
                <w:sz w:val="17"/>
              </w:rPr>
              <w:t>修理の予定</w:t>
            </w:r>
          </w:p>
        </w:tc>
        <w:tc>
          <w:tcPr>
            <w:tcW w:type="dxa" w:w="7824"/>
          </w:tcPr>
          <w:p>
            <w:pPr>
              <w:spacing w:after="0"/>
            </w:pPr>
            <w:r/>
            <w:r>
              <w:rPr>
                <w:rFonts w:ascii="ＭＳ ゴシック" w:hAnsi="ＭＳ ゴシック" w:eastAsia="ＭＳ ゴシック"/>
                <w:b w:val="0"/>
                <w:sz w:val="17"/>
              </w:rPr>
              <w:t>時期：　　　　　業者：</w:t>
            </w:r>
          </w:p>
        </w:tc>
      </w:tr>
      <w:tr>
        <w:trPr>
          <w:trHeight w:val="397"/>
        </w:trPr>
        <w:tc>
          <w:tcPr>
            <w:tcW w:type="dxa" w:w="2268"/>
            <w:shd w:val="clear" w:color="auto" w:fill="E8EDF5"/>
          </w:tcPr>
          <w:p>
            <w:pPr>
              <w:spacing w:after="0"/>
            </w:pPr>
            <w:r/>
            <w:r>
              <w:rPr>
                <w:rFonts w:ascii="ＭＳ ゴシック" w:hAnsi="ＭＳ ゴシック" w:eastAsia="ＭＳ ゴシック"/>
                <w:b/>
                <w:sz w:val="17"/>
              </w:rPr>
              <w:t>保険の手続き</w:t>
            </w:r>
          </w:p>
        </w:tc>
        <w:tc>
          <w:tcPr>
            <w:tcW w:type="dxa" w:w="7824"/>
          </w:tcPr>
          <w:p>
            <w:pPr>
              <w:spacing w:after="0"/>
            </w:pPr>
            <w:r/>
            <w:r>
              <w:rPr>
                <w:rFonts w:ascii="ＭＳ ゴシック" w:hAnsi="ＭＳ ゴシック" w:eastAsia="ＭＳ ゴシック"/>
                <w:b w:val="0"/>
                <w:sz w:val="17"/>
              </w:rPr>
              <w:t>□ 連絡した（保険会社：　　　　　　）　□ これから　□ 使わない</w:t>
            </w:r>
          </w:p>
        </w:tc>
      </w:tr>
      <w:tr>
        <w:trPr>
          <w:trHeight w:val="397"/>
        </w:trPr>
        <w:tc>
          <w:tcPr>
            <w:tcW w:type="dxa" w:w="2268"/>
            <w:shd w:val="clear" w:color="auto" w:fill="E8EDF5"/>
          </w:tcPr>
          <w:p>
            <w:pPr>
              <w:spacing w:after="0"/>
            </w:pPr>
            <w:r/>
            <w:r>
              <w:rPr>
                <w:rFonts w:ascii="ＭＳ ゴシック" w:hAnsi="ＭＳ ゴシック" w:eastAsia="ＭＳ ゴシック"/>
                <w:b/>
                <w:sz w:val="17"/>
              </w:rPr>
              <w:t>再発を防ぐ手当て</w:t>
            </w:r>
          </w:p>
        </w:tc>
        <w:tc>
          <w:tcPr>
            <w:tcW w:type="dxa" w:w="7824"/>
          </w:tcPr>
          <w:p>
            <w:pPr>
              <w:spacing w:after="0"/>
            </w:pPr>
            <w:r/>
          </w:p>
        </w:tc>
      </w:tr>
      <w:tr>
        <w:trPr>
          <w:trHeight w:val="397"/>
        </w:trPr>
        <w:tc>
          <w:tcPr>
            <w:tcW w:type="dxa" w:w="2268"/>
            <w:shd w:val="clear" w:color="auto" w:fill="E8EDF5"/>
          </w:tcPr>
          <w:p>
            <w:pPr>
              <w:spacing w:after="0"/>
            </w:pPr>
            <w:r/>
            <w:r>
              <w:rPr>
                <w:rFonts w:ascii="ＭＳ ゴシック" w:hAnsi="ＭＳ ゴシック" w:eastAsia="ＭＳ ゴシック"/>
                <w:b/>
                <w:sz w:val="17"/>
              </w:rPr>
              <w:t>次の報告の予定</w:t>
            </w:r>
          </w:p>
        </w:tc>
        <w:tc>
          <w:tcPr>
            <w:tcW w:type="dxa" w:w="7824"/>
          </w:tcPr>
          <w:p>
            <w:pPr>
              <w:spacing w:after="0"/>
            </w:pPr>
            <w:r/>
            <w:r>
              <w:rPr>
                <w:rFonts w:ascii="ＭＳ ゴシック" w:hAnsi="ＭＳ ゴシック" w:eastAsia="ＭＳ ゴシック"/>
                <w:b w:val="0"/>
                <w:sz w:val="17"/>
              </w:rPr>
              <w:t>令和　　年　　月　　日ごろ</w:t>
            </w:r>
          </w:p>
        </w:tc>
      </w:tr>
    </w:tbl>
    <w:p>
      <w:pPr>
        <w:spacing w:after="40" w:before="0"/>
      </w:pPr>
    </w:p>
    <w:p>
      <w:pPr>
        <w:spacing w:after="80" w:before="0"/>
      </w:pPr>
      <w:r>
        <w:rPr>
          <w:rFonts w:ascii="ＭＳ ゴシック" w:hAnsi="ＭＳ ゴシック" w:eastAsia="ＭＳ ゴシック"/>
          <w:b w:val="0"/>
          <w:sz w:val="18"/>
        </w:rPr>
        <w:t>14　添付する資料　□ 写真台帳　□ 図面・間取り図　□ 修理見積書　□ その他（　　　　　　　　）</w:t>
      </w:r>
    </w:p>
    <w:p>
      <w:pPr>
        <w:spacing w:after="120" w:before="0"/>
        <w:jc w:val="right"/>
      </w:pPr>
      <w:r>
        <w:rPr>
          <w:rFonts w:ascii="ＭＳ 明朝" w:hAnsi="ＭＳ 明朝" w:eastAsia="ＭＳ 明朝"/>
          <w:b w:val="0"/>
          <w:sz w:val="21"/>
        </w:rPr>
        <w:t>以上</w:t>
      </w:r>
    </w:p>
    <w:p>
      <w:pPr>
        <w:spacing w:after="40" w:before="0"/>
      </w:pPr>
      <w:r>
        <w:rPr>
          <w:rFonts w:ascii="ＭＳ ゴシック" w:hAnsi="ＭＳ ゴシック" w:eastAsia="ＭＳ ゴシック"/>
          <w:b w:val="0"/>
          <w:sz w:val="16"/>
        </w:rPr>
        <w:t>□ のついた項目は、当てはまるものの □ を ■ に変えてください。分からない項目は空けたままでかまいません。</w:t>
      </w:r>
    </w:p>
    <w:p>
      <w:pPr>
        <w:spacing w:after="40" w:before="0"/>
      </w:pPr>
      <w:r>
        <w:rPr>
          <w:rFonts w:ascii="ＭＳ ゴシック" w:hAnsi="ＭＳ ゴシック" w:eastAsia="ＭＳ ゴシック"/>
          <w:b w:val="0"/>
          <w:sz w:val="16"/>
        </w:rPr>
        <w:t>【ご注意】このひな型は、一般的な項目をまとめた参考の書式です。合同会社LIT が実際の業務で使っている書式ではありません。ご利用の際は、内容をご自身でご確認のうえ、必要に応じて管理会社・保険会社・専門家にご相談ください。このひな型を使ったことによる損害について、当社は責任を負いかねます。</w:t>
      </w:r>
    </w:p>
    <w:p>
      <w:pPr>
        <w:spacing w:after="40" w:before="0"/>
      </w:pPr>
      <w:r>
        <w:rPr>
          <w:rFonts w:ascii="ＭＳ ゴシック" w:hAnsi="ＭＳ ゴシック" w:eastAsia="ＭＳ ゴシック"/>
          <w:b w:val="0"/>
          <w:sz w:val="15"/>
        </w:rPr>
        <w:t>公開: 合同会社LIT コラム「漏水報告書の書き方」 https://litcorp.cc/column/rousui-houkokusho</w:t>
      </w:r>
    </w:p>
    <w:p>
      <w:r>
        <w:br w:type="page"/>
      </w:r>
    </w:p>
    <w:p>
      <w:pPr>
        <w:spacing w:after="80" w:before="0"/>
        <w:jc w:val="center"/>
      </w:pPr>
      <w:r>
        <w:rPr>
          <w:rFonts w:ascii="ＭＳ 明朝" w:hAnsi="ＭＳ 明朝" w:eastAsia="ＭＳ 明朝"/>
          <w:b/>
          <w:sz w:val="28"/>
        </w:rPr>
        <w:t>写真台帳（漏水報告書の別紙）</w:t>
      </w:r>
    </w:p>
    <w:p>
      <w:pPr>
        <w:spacing w:after="80" w:before="0"/>
      </w:pPr>
      <w:r>
        <w:rPr>
          <w:rFonts w:ascii="ＭＳ ゴシック" w:hAnsi="ＭＳ ゴシック" w:eastAsia="ＭＳ ゴシック"/>
          <w:b w:val="0"/>
          <w:sz w:val="18"/>
        </w:rPr>
        <w:t>建物の名称：　　　　　　　　　　　　　　報告日：令和　　年　　月　　日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046"/>
        <w:gridCol w:w="5046"/>
      </w:tblGrid>
      <w:tr>
        <w:trPr>
          <w:trHeight w:val="3288"/>
        </w:trPr>
        <w:tc>
          <w:tcPr>
            <w:tcW w:type="dxa" w:w="5046"/>
          </w:tcPr>
          <w:p>
            <w:pPr>
              <w:spacing w:after="0"/>
              <w:jc w:val="center"/>
            </w:pPr>
            <w:r/>
            <w:r>
              <w:rPr>
                <w:rFonts w:ascii="ＭＳ ゴシック" w:hAnsi="ＭＳ ゴシック" w:eastAsia="ＭＳ ゴシック"/>
                <w:b w:val="0"/>
                <w:sz w:val="17"/>
              </w:rPr>
              <w:t>写真 1（ここに写真を貼る）</w:t>
            </w:r>
          </w:p>
        </w:tc>
        <w:tc>
          <w:tcPr>
            <w:tcW w:type="dxa" w:w="5046"/>
          </w:tcPr>
          <w:p>
            <w:pPr>
              <w:spacing w:after="0"/>
              <w:jc w:val="center"/>
            </w:pPr>
            <w:r/>
            <w:r>
              <w:rPr>
                <w:rFonts w:ascii="ＭＳ ゴシック" w:hAnsi="ＭＳ ゴシック" w:eastAsia="ＭＳ ゴシック"/>
                <w:b w:val="0"/>
                <w:sz w:val="17"/>
              </w:rPr>
              <w:t>写真 2（ここに写真を貼る）</w:t>
            </w:r>
          </w:p>
        </w:tc>
      </w:tr>
      <w:tr>
        <w:tc>
          <w:tcPr>
            <w:tcW w:type="dxa" w:w="5046"/>
          </w:tcPr>
          <w:p>
            <w:pPr>
              <w:spacing w:after="0"/>
            </w:pPr>
            <w:r/>
            <w:r>
              <w:rPr>
                <w:rFonts w:ascii="ＭＳ ゴシック" w:hAnsi="ＭＳ ゴシック" w:eastAsia="ＭＳ ゴシック"/>
                <w:b w:val="0"/>
                <w:sz w:val="16"/>
              </w:rPr>
              <w:t>撮った日時：</w:t>
            </w:r>
          </w:p>
          <w:p>
            <w:pPr>
              <w:spacing w:after="0"/>
            </w:pPr>
            <w:r>
              <w:rPr>
                <w:rFonts w:ascii="ＭＳ ゴシック" w:hAnsi="ＭＳ ゴシック" w:eastAsia="ＭＳ ゴシック"/>
                <w:b w:val="0"/>
                <w:sz w:val="16"/>
              </w:rPr>
              <w:t>場所・向き：</w:t>
            </w:r>
          </w:p>
          <w:p>
            <w:pPr>
              <w:spacing w:after="0"/>
            </w:pPr>
            <w:r>
              <w:rPr>
                <w:rFonts w:ascii="ＭＳ ゴシック" w:hAnsi="ＭＳ ゴシック" w:eastAsia="ＭＳ ゴシック"/>
                <w:b w:val="0"/>
                <w:sz w:val="16"/>
              </w:rPr>
              <w:t>写っているもの：</w:t>
            </w:r>
          </w:p>
        </w:tc>
        <w:tc>
          <w:tcPr>
            <w:tcW w:type="dxa" w:w="5046"/>
          </w:tcPr>
          <w:p>
            <w:pPr>
              <w:spacing w:after="0"/>
            </w:pPr>
            <w:r/>
            <w:r>
              <w:rPr>
                <w:rFonts w:ascii="ＭＳ ゴシック" w:hAnsi="ＭＳ ゴシック" w:eastAsia="ＭＳ ゴシック"/>
                <w:b w:val="0"/>
                <w:sz w:val="16"/>
              </w:rPr>
              <w:t>撮った日時：</w:t>
            </w:r>
          </w:p>
          <w:p>
            <w:pPr>
              <w:spacing w:after="0"/>
            </w:pPr>
            <w:r>
              <w:rPr>
                <w:rFonts w:ascii="ＭＳ ゴシック" w:hAnsi="ＭＳ ゴシック" w:eastAsia="ＭＳ ゴシック"/>
                <w:b w:val="0"/>
                <w:sz w:val="16"/>
              </w:rPr>
              <w:t>場所・向き：</w:t>
            </w:r>
          </w:p>
          <w:p>
            <w:pPr>
              <w:spacing w:after="0"/>
            </w:pPr>
            <w:r>
              <w:rPr>
                <w:rFonts w:ascii="ＭＳ ゴシック" w:hAnsi="ＭＳ ゴシック" w:eastAsia="ＭＳ ゴシック"/>
                <w:b w:val="0"/>
                <w:sz w:val="16"/>
              </w:rPr>
              <w:t>写っているもの：</w:t>
            </w:r>
          </w:p>
        </w:tc>
      </w:tr>
      <w:tr>
        <w:trPr>
          <w:trHeight w:val="3288"/>
        </w:trPr>
        <w:tc>
          <w:tcPr>
            <w:tcW w:type="dxa" w:w="5046"/>
          </w:tcPr>
          <w:p>
            <w:pPr>
              <w:spacing w:after="0"/>
              <w:jc w:val="center"/>
            </w:pPr>
            <w:r/>
            <w:r>
              <w:rPr>
                <w:rFonts w:ascii="ＭＳ ゴシック" w:hAnsi="ＭＳ ゴシック" w:eastAsia="ＭＳ ゴシック"/>
                <w:b w:val="0"/>
                <w:sz w:val="17"/>
              </w:rPr>
              <w:t>写真 3（ここに写真を貼る）</w:t>
            </w:r>
          </w:p>
        </w:tc>
        <w:tc>
          <w:tcPr>
            <w:tcW w:type="dxa" w:w="5046"/>
          </w:tcPr>
          <w:p>
            <w:pPr>
              <w:spacing w:after="0"/>
              <w:jc w:val="center"/>
            </w:pPr>
            <w:r/>
            <w:r>
              <w:rPr>
                <w:rFonts w:ascii="ＭＳ ゴシック" w:hAnsi="ＭＳ ゴシック" w:eastAsia="ＭＳ ゴシック"/>
                <w:b w:val="0"/>
                <w:sz w:val="17"/>
              </w:rPr>
              <w:t>写真 4（ここに写真を貼る）</w:t>
            </w:r>
          </w:p>
        </w:tc>
      </w:tr>
      <w:tr>
        <w:tc>
          <w:tcPr>
            <w:tcW w:type="dxa" w:w="5046"/>
          </w:tcPr>
          <w:p>
            <w:pPr>
              <w:spacing w:after="0"/>
            </w:pPr>
            <w:r/>
            <w:r>
              <w:rPr>
                <w:rFonts w:ascii="ＭＳ ゴシック" w:hAnsi="ＭＳ ゴシック" w:eastAsia="ＭＳ ゴシック"/>
                <w:b w:val="0"/>
                <w:sz w:val="16"/>
              </w:rPr>
              <w:t>撮った日時：</w:t>
            </w:r>
          </w:p>
          <w:p>
            <w:pPr>
              <w:spacing w:after="0"/>
            </w:pPr>
            <w:r>
              <w:rPr>
                <w:rFonts w:ascii="ＭＳ ゴシック" w:hAnsi="ＭＳ ゴシック" w:eastAsia="ＭＳ ゴシック"/>
                <w:b w:val="0"/>
                <w:sz w:val="16"/>
              </w:rPr>
              <w:t>場所・向き：</w:t>
            </w:r>
          </w:p>
          <w:p>
            <w:pPr>
              <w:spacing w:after="0"/>
            </w:pPr>
            <w:r>
              <w:rPr>
                <w:rFonts w:ascii="ＭＳ ゴシック" w:hAnsi="ＭＳ ゴシック" w:eastAsia="ＭＳ ゴシック"/>
                <w:b w:val="0"/>
                <w:sz w:val="16"/>
              </w:rPr>
              <w:t>写っているもの：</w:t>
            </w:r>
          </w:p>
        </w:tc>
        <w:tc>
          <w:tcPr>
            <w:tcW w:type="dxa" w:w="5046"/>
          </w:tcPr>
          <w:p>
            <w:pPr>
              <w:spacing w:after="0"/>
            </w:pPr>
            <w:r/>
            <w:r>
              <w:rPr>
                <w:rFonts w:ascii="ＭＳ ゴシック" w:hAnsi="ＭＳ ゴシック" w:eastAsia="ＭＳ ゴシック"/>
                <w:b w:val="0"/>
                <w:sz w:val="16"/>
              </w:rPr>
              <w:t>撮った日時：</w:t>
            </w:r>
          </w:p>
          <w:p>
            <w:pPr>
              <w:spacing w:after="0"/>
            </w:pPr>
            <w:r>
              <w:rPr>
                <w:rFonts w:ascii="ＭＳ ゴシック" w:hAnsi="ＭＳ ゴシック" w:eastAsia="ＭＳ ゴシック"/>
                <w:b w:val="0"/>
                <w:sz w:val="16"/>
              </w:rPr>
              <w:t>場所・向き：</w:t>
            </w:r>
          </w:p>
          <w:p>
            <w:pPr>
              <w:spacing w:after="0"/>
            </w:pPr>
            <w:r>
              <w:rPr>
                <w:rFonts w:ascii="ＭＳ ゴシック" w:hAnsi="ＭＳ ゴシック" w:eastAsia="ＭＳ ゴシック"/>
                <w:b w:val="0"/>
                <w:sz w:val="16"/>
              </w:rPr>
              <w:t>写っているもの：</w:t>
            </w:r>
          </w:p>
        </w:tc>
      </w:tr>
      <w:tr>
        <w:trPr>
          <w:trHeight w:val="3288"/>
        </w:trPr>
        <w:tc>
          <w:tcPr>
            <w:tcW w:type="dxa" w:w="5046"/>
          </w:tcPr>
          <w:p>
            <w:pPr>
              <w:spacing w:after="0"/>
              <w:jc w:val="center"/>
            </w:pPr>
            <w:r/>
            <w:r>
              <w:rPr>
                <w:rFonts w:ascii="ＭＳ ゴシック" w:hAnsi="ＭＳ ゴシック" w:eastAsia="ＭＳ ゴシック"/>
                <w:b w:val="0"/>
                <w:sz w:val="17"/>
              </w:rPr>
              <w:t>写真 5（ここに写真を貼る）</w:t>
            </w:r>
          </w:p>
        </w:tc>
        <w:tc>
          <w:tcPr>
            <w:tcW w:type="dxa" w:w="5046"/>
          </w:tcPr>
          <w:p>
            <w:pPr>
              <w:spacing w:after="0"/>
              <w:jc w:val="center"/>
            </w:pPr>
            <w:r/>
            <w:r>
              <w:rPr>
                <w:rFonts w:ascii="ＭＳ ゴシック" w:hAnsi="ＭＳ ゴシック" w:eastAsia="ＭＳ ゴシック"/>
                <w:b w:val="0"/>
                <w:sz w:val="17"/>
              </w:rPr>
              <w:t>写真 6（ここに写真を貼る）</w:t>
            </w:r>
          </w:p>
        </w:tc>
      </w:tr>
      <w:tr>
        <w:tc>
          <w:tcPr>
            <w:tcW w:type="dxa" w:w="5046"/>
          </w:tcPr>
          <w:p>
            <w:pPr>
              <w:spacing w:after="0"/>
            </w:pPr>
            <w:r/>
            <w:r>
              <w:rPr>
                <w:rFonts w:ascii="ＭＳ ゴシック" w:hAnsi="ＭＳ ゴシック" w:eastAsia="ＭＳ ゴシック"/>
                <w:b w:val="0"/>
                <w:sz w:val="16"/>
              </w:rPr>
              <w:t>撮った日時：</w:t>
            </w:r>
          </w:p>
          <w:p>
            <w:pPr>
              <w:spacing w:after="0"/>
            </w:pPr>
            <w:r>
              <w:rPr>
                <w:rFonts w:ascii="ＭＳ ゴシック" w:hAnsi="ＭＳ ゴシック" w:eastAsia="ＭＳ ゴシック"/>
                <w:b w:val="0"/>
                <w:sz w:val="16"/>
              </w:rPr>
              <w:t>場所・向き：</w:t>
            </w:r>
          </w:p>
          <w:p>
            <w:pPr>
              <w:spacing w:after="0"/>
            </w:pPr>
            <w:r>
              <w:rPr>
                <w:rFonts w:ascii="ＭＳ ゴシック" w:hAnsi="ＭＳ ゴシック" w:eastAsia="ＭＳ ゴシック"/>
                <w:b w:val="0"/>
                <w:sz w:val="16"/>
              </w:rPr>
              <w:t>写っているもの：</w:t>
            </w:r>
          </w:p>
        </w:tc>
        <w:tc>
          <w:tcPr>
            <w:tcW w:type="dxa" w:w="5046"/>
          </w:tcPr>
          <w:p>
            <w:pPr>
              <w:spacing w:after="0"/>
            </w:pPr>
            <w:r/>
            <w:r>
              <w:rPr>
                <w:rFonts w:ascii="ＭＳ ゴシック" w:hAnsi="ＭＳ ゴシック" w:eastAsia="ＭＳ ゴシック"/>
                <w:b w:val="0"/>
                <w:sz w:val="16"/>
              </w:rPr>
              <w:t>撮った日時：</w:t>
            </w:r>
          </w:p>
          <w:p>
            <w:pPr>
              <w:spacing w:after="0"/>
            </w:pPr>
            <w:r>
              <w:rPr>
                <w:rFonts w:ascii="ＭＳ ゴシック" w:hAnsi="ＭＳ ゴシック" w:eastAsia="ＭＳ ゴシック"/>
                <w:b w:val="0"/>
                <w:sz w:val="16"/>
              </w:rPr>
              <w:t>場所・向き：</w:t>
            </w:r>
          </w:p>
          <w:p>
            <w:pPr>
              <w:spacing w:after="0"/>
            </w:pPr>
            <w:r>
              <w:rPr>
                <w:rFonts w:ascii="ＭＳ ゴシック" w:hAnsi="ＭＳ ゴシック" w:eastAsia="ＭＳ ゴシック"/>
                <w:b w:val="0"/>
                <w:sz w:val="16"/>
              </w:rPr>
              <w:t>写っているもの：</w:t>
            </w:r>
          </w:p>
        </w:tc>
      </w:tr>
    </w:tbl>
    <w:p>
      <w:pPr>
        <w:spacing w:after="40" w:before="0"/>
      </w:pPr>
    </w:p>
    <w:p>
      <w:pPr>
        <w:spacing w:after="40" w:before="0"/>
      </w:pPr>
      <w:r>
        <w:rPr>
          <w:rFonts w:ascii="ＭＳ ゴシック" w:hAnsi="ＭＳ ゴシック" w:eastAsia="ＭＳ ゴシック"/>
          <w:b w:val="0"/>
          <w:sz w:val="16"/>
        </w:rPr>
        <w:t>【ご注意】このひな型は、一般的な項目をまとめた参考の書式です。合同会社LIT が実際の業務で使っている書式ではありません。ご利用の際は、内容をご自身でご確認のうえ、必要に応じて管理会社・保険会社・専門家にご相談ください。このひな型を使ったことによる損害について、当社は責任を負いかねます。</w:t>
      </w:r>
    </w:p>
    <w:p>
      <w:pPr>
        <w:spacing w:after="40" w:before="0"/>
      </w:pPr>
      <w:r>
        <w:rPr>
          <w:rFonts w:ascii="ＭＳ ゴシック" w:hAnsi="ＭＳ ゴシック" w:eastAsia="ＭＳ ゴシック"/>
          <w:b w:val="0"/>
          <w:sz w:val="15"/>
        </w:rPr>
        <w:t>公開: 合同会社LIT コラム「漏水報告書の書き方」 https://litcorp.cc/column/rousui-houkokusho</w:t>
      </w:r>
    </w:p>
    <w:sectPr w:rsidR="00FC693F" w:rsidRPr="0006063C" w:rsidSect="00034616">
      <w:pgSz w:w="11906" w:h="16838"/>
      <w:pgMar w:top="794" w:right="907" w:bottom="794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ＭＳ ゴシック" w:hAnsi="ＭＳ ゴシック" w:eastAsia="ＭＳ ゴシック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漏水報告書（ひな型）</dc:title>
  <dc:subject/>
  <dc:creator>合同会社LIT（参考の書式）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